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2AFAF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ZAŁĄCZNIK NR 2</w:t>
      </w:r>
    </w:p>
    <w:p w14:paraId="37FAC0F0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FORMULARZ REKRUTACYJNY NAUCZYCIELA/NAUCZYCIELKI</w:t>
      </w:r>
    </w:p>
    <w:p w14:paraId="29C8947A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 xml:space="preserve">do projektu „Program rozwoju edukacji </w:t>
      </w:r>
      <w:proofErr w:type="spellStart"/>
      <w:r w:rsidRPr="00CF05FB">
        <w:rPr>
          <w:rFonts w:cs="Arial"/>
          <w:b/>
          <w:sz w:val="24"/>
          <w:szCs w:val="24"/>
        </w:rPr>
        <w:t>przedszkolnej</w:t>
      </w:r>
      <w:proofErr w:type="spellEnd"/>
      <w:r w:rsidRPr="00CF05FB">
        <w:rPr>
          <w:rFonts w:cs="Arial"/>
          <w:b/>
          <w:sz w:val="24"/>
          <w:szCs w:val="24"/>
        </w:rPr>
        <w:t xml:space="preserve"> w </w:t>
      </w:r>
      <w:proofErr w:type="spellStart"/>
      <w:r w:rsidRPr="00CF05FB">
        <w:rPr>
          <w:rFonts w:cs="Arial"/>
          <w:b/>
          <w:sz w:val="24"/>
          <w:szCs w:val="24"/>
        </w:rPr>
        <w:t>Gminie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Parchowo</w:t>
      </w:r>
      <w:proofErr w:type="spellEnd"/>
      <w:r w:rsidRPr="00CF05FB">
        <w:rPr>
          <w:rFonts w:cs="Arial"/>
          <w:b/>
          <w:sz w:val="24"/>
          <w:szCs w:val="24"/>
        </w:rPr>
        <w:t>”</w:t>
      </w:r>
    </w:p>
    <w:p w14:paraId="0EF4C545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nr FEPM.05.07-IZ.00-0030/26</w:t>
      </w:r>
    </w:p>
    <w:p w14:paraId="5F409D57" w14:textId="77777777" w:rsidR="00FB0E7B" w:rsidRPr="00CF05FB" w:rsidRDefault="00B92FA4" w:rsidP="00567002">
      <w:pPr>
        <w:spacing w:line="360" w:lineRule="auto"/>
        <w:rPr>
          <w:sz w:val="24"/>
          <w:szCs w:val="24"/>
        </w:rPr>
      </w:pPr>
      <w:proofErr w:type="spellStart"/>
      <w:r w:rsidRPr="00B92FA4">
        <w:rPr>
          <w:rFonts w:cs="Arial"/>
          <w:i/>
          <w:sz w:val="24"/>
          <w:szCs w:val="24"/>
        </w:rPr>
        <w:t>Formularz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wypełnia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nauczyciel</w:t>
      </w:r>
      <w:proofErr w:type="spellEnd"/>
      <w:r w:rsidRPr="00B92FA4">
        <w:rPr>
          <w:rFonts w:cs="Arial"/>
          <w:i/>
          <w:sz w:val="24"/>
          <w:szCs w:val="24"/>
        </w:rPr>
        <w:t>/</w:t>
      </w:r>
      <w:proofErr w:type="spellStart"/>
      <w:r w:rsidRPr="00B92FA4">
        <w:rPr>
          <w:rFonts w:cs="Arial"/>
          <w:i/>
          <w:sz w:val="24"/>
          <w:szCs w:val="24"/>
        </w:rPr>
        <w:t>nauczycielka</w:t>
      </w:r>
      <w:proofErr w:type="spellEnd"/>
      <w:r w:rsidRPr="00B92FA4">
        <w:rPr>
          <w:rFonts w:cs="Arial"/>
          <w:i/>
          <w:sz w:val="24"/>
          <w:szCs w:val="24"/>
        </w:rPr>
        <w:t xml:space="preserve">. </w:t>
      </w:r>
      <w:proofErr w:type="spellStart"/>
      <w:r w:rsidRPr="00B92FA4">
        <w:rPr>
          <w:rFonts w:cs="Arial"/>
          <w:i/>
          <w:sz w:val="24"/>
          <w:szCs w:val="24"/>
        </w:rPr>
        <w:t>Ostatnią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część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formularza</w:t>
      </w:r>
      <w:proofErr w:type="spellEnd"/>
      <w:r w:rsidRPr="00B92FA4">
        <w:rPr>
          <w:rFonts w:cs="Arial"/>
          <w:i/>
          <w:sz w:val="24"/>
          <w:szCs w:val="24"/>
        </w:rPr>
        <w:t xml:space="preserve"> – „</w:t>
      </w:r>
      <w:r>
        <w:rPr>
          <w:rFonts w:cs="Arial"/>
          <w:i/>
          <w:sz w:val="24"/>
          <w:szCs w:val="24"/>
        </w:rPr>
        <w:t xml:space="preserve">J. </w:t>
      </w:r>
      <w:proofErr w:type="spellStart"/>
      <w:r w:rsidRPr="00B92FA4">
        <w:rPr>
          <w:rFonts w:cs="Arial"/>
          <w:i/>
          <w:sz w:val="24"/>
          <w:szCs w:val="24"/>
        </w:rPr>
        <w:t>Zaświadczenie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i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rekomendacja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dyrektora</w:t>
      </w:r>
      <w:proofErr w:type="spellEnd"/>
      <w:r w:rsidRPr="00B92FA4">
        <w:rPr>
          <w:rFonts w:cs="Arial"/>
          <w:i/>
          <w:sz w:val="24"/>
          <w:szCs w:val="24"/>
        </w:rPr>
        <w:t xml:space="preserve"> OWP” – </w:t>
      </w:r>
      <w:proofErr w:type="spellStart"/>
      <w:r w:rsidRPr="00B92FA4">
        <w:rPr>
          <w:rFonts w:cs="Arial"/>
          <w:i/>
          <w:sz w:val="24"/>
          <w:szCs w:val="24"/>
        </w:rPr>
        <w:t>wypełnia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dyrektor</w:t>
      </w:r>
      <w:proofErr w:type="spellEnd"/>
      <w:r w:rsidRPr="00B92FA4">
        <w:rPr>
          <w:rFonts w:cs="Arial"/>
          <w:i/>
          <w:sz w:val="24"/>
          <w:szCs w:val="24"/>
        </w:rPr>
        <w:t xml:space="preserve"> OWP. </w:t>
      </w:r>
      <w:proofErr w:type="spellStart"/>
      <w:r w:rsidRPr="00B92FA4">
        <w:rPr>
          <w:rFonts w:cs="Arial"/>
          <w:i/>
          <w:sz w:val="24"/>
          <w:szCs w:val="24"/>
        </w:rPr>
        <w:t>Prosimy</w:t>
      </w:r>
      <w:proofErr w:type="spellEnd"/>
      <w:r w:rsidRPr="00B92FA4">
        <w:rPr>
          <w:rFonts w:cs="Arial"/>
          <w:i/>
          <w:sz w:val="24"/>
          <w:szCs w:val="24"/>
        </w:rPr>
        <w:t xml:space="preserve"> o </w:t>
      </w:r>
      <w:proofErr w:type="spellStart"/>
      <w:r w:rsidRPr="00B92FA4">
        <w:rPr>
          <w:rFonts w:cs="Arial"/>
          <w:i/>
          <w:sz w:val="24"/>
          <w:szCs w:val="24"/>
        </w:rPr>
        <w:t>czytelne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wypełnienie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formularza</w:t>
      </w:r>
      <w:proofErr w:type="spellEnd"/>
      <w:r w:rsidR="00A0699C" w:rsidRPr="00CF05FB">
        <w:rPr>
          <w:rFonts w:cs="Arial"/>
          <w:i/>
          <w:sz w:val="24"/>
          <w:szCs w:val="24"/>
        </w:rPr>
        <w:t>.</w:t>
      </w:r>
    </w:p>
    <w:p w14:paraId="4CE0F210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A. DANE NAUCZYCIELA / NAUCZYCIELKI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409C6909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33962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(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imiona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D622F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C350AF7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64E71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C2C88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6205FFF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269F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b/>
                <w:sz w:val="24"/>
                <w:szCs w:val="24"/>
              </w:rPr>
              <w:t>PESEL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8FAF5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7CBC021C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F8F0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Jeżeli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osoba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nie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posiada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PESEL – data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urodzenia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FE89F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____ / ____ / __________</w:t>
            </w:r>
          </w:p>
        </w:tc>
      </w:tr>
      <w:tr w:rsidR="00FB0E7B" w:rsidRPr="00CF05FB" w14:paraId="6A728957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9F105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Płeć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0289B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kobieta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    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mężczyzna</w:t>
            </w:r>
            <w:proofErr w:type="spellEnd"/>
          </w:p>
        </w:tc>
      </w:tr>
      <w:tr w:rsidR="00FB0E7B" w:rsidRPr="00CF05FB" w14:paraId="33E7557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BAFF0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Obywatelstwo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/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obywatelstwa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96228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CC5EA1A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5FB2D2AB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b/>
          <w:sz w:val="24"/>
          <w:szCs w:val="24"/>
        </w:rPr>
        <w:t>Poziom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wykształcenia</w:t>
      </w:r>
      <w:proofErr w:type="spellEnd"/>
      <w:r w:rsidRPr="00CF05FB">
        <w:rPr>
          <w:rFonts w:cs="Arial"/>
          <w:b/>
          <w:sz w:val="24"/>
          <w:szCs w:val="24"/>
        </w:rPr>
        <w:t>:</w:t>
      </w:r>
    </w:p>
    <w:p w14:paraId="6A48C12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co </w:t>
      </w:r>
      <w:proofErr w:type="spellStart"/>
      <w:r w:rsidRPr="00CF05FB">
        <w:rPr>
          <w:rFonts w:cs="Arial"/>
          <w:sz w:val="24"/>
          <w:szCs w:val="24"/>
        </w:rPr>
        <w:t>najwyżej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średnie</w:t>
      </w:r>
      <w:proofErr w:type="spellEnd"/>
      <w:r w:rsidRPr="00CF05FB">
        <w:rPr>
          <w:rFonts w:cs="Arial"/>
          <w:sz w:val="24"/>
          <w:szCs w:val="24"/>
        </w:rPr>
        <w:t xml:space="preserve"> I </w:t>
      </w:r>
      <w:proofErr w:type="spellStart"/>
      <w:r w:rsidRPr="00CF05FB">
        <w:rPr>
          <w:rFonts w:cs="Arial"/>
          <w:sz w:val="24"/>
          <w:szCs w:val="24"/>
        </w:rPr>
        <w:t>stopnia</w:t>
      </w:r>
      <w:proofErr w:type="spellEnd"/>
      <w:r w:rsidRPr="00CF05FB">
        <w:rPr>
          <w:rFonts w:cs="Arial"/>
          <w:sz w:val="24"/>
          <w:szCs w:val="24"/>
        </w:rPr>
        <w:t xml:space="preserve"> (ISCED 0–2)</w:t>
      </w:r>
    </w:p>
    <w:p w14:paraId="04282AD4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średnie</w:t>
      </w:r>
      <w:proofErr w:type="spellEnd"/>
      <w:r w:rsidRPr="00CF05FB">
        <w:rPr>
          <w:rFonts w:cs="Arial"/>
          <w:sz w:val="24"/>
          <w:szCs w:val="24"/>
        </w:rPr>
        <w:t xml:space="preserve"> II </w:t>
      </w:r>
      <w:proofErr w:type="spellStart"/>
      <w:r w:rsidRPr="00CF05FB">
        <w:rPr>
          <w:rFonts w:cs="Arial"/>
          <w:sz w:val="24"/>
          <w:szCs w:val="24"/>
        </w:rPr>
        <w:t>stopnia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policealne</w:t>
      </w:r>
      <w:proofErr w:type="spellEnd"/>
      <w:r w:rsidRPr="00CF05FB">
        <w:rPr>
          <w:rFonts w:cs="Arial"/>
          <w:sz w:val="24"/>
          <w:szCs w:val="24"/>
        </w:rPr>
        <w:t xml:space="preserve"> (ISCED 3–4)</w:t>
      </w:r>
    </w:p>
    <w:p w14:paraId="13FFB912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wyższe</w:t>
      </w:r>
      <w:proofErr w:type="spellEnd"/>
      <w:r w:rsidRPr="00CF05FB">
        <w:rPr>
          <w:rFonts w:cs="Arial"/>
          <w:sz w:val="24"/>
          <w:szCs w:val="24"/>
        </w:rPr>
        <w:t xml:space="preserve"> (ISCED 5–8)</w:t>
      </w:r>
    </w:p>
    <w:p w14:paraId="546BA7E7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11523E2" w14:textId="795B0A94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 xml:space="preserve">B. </w:t>
      </w:r>
      <w:r w:rsidR="000F708F">
        <w:rPr>
          <w:rFonts w:cs="Arial"/>
          <w:b/>
          <w:sz w:val="24"/>
          <w:szCs w:val="24"/>
        </w:rPr>
        <w:t xml:space="preserve">DANE DOTYCZĄCE MIEJSCA </w:t>
      </w:r>
      <w:r w:rsidRPr="00CF05FB">
        <w:rPr>
          <w:rFonts w:cs="Arial"/>
          <w:b/>
          <w:sz w:val="24"/>
          <w:szCs w:val="24"/>
        </w:rPr>
        <w:t>ZAMIESZKANIA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0E1D2C6F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E5C35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Kraj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4458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t>Polska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/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inne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:</w:t>
            </w:r>
          </w:p>
        </w:tc>
      </w:tr>
      <w:tr w:rsidR="00FB0E7B" w:rsidRPr="00CF05FB" w14:paraId="10224F8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3E5B9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Województwo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D8634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5DCA7888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51072B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b/>
                <w:sz w:val="24"/>
                <w:szCs w:val="24"/>
              </w:rPr>
              <w:t>Powiat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CC767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750FC5DD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EE980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Gmina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0A327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760497D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6A00D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Miejscowość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kod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pocztowy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6FACC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3E1457F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lastRenderedPageBreak/>
        <w:t>C. DANE KONTAKTOWE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7015E77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3FF1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Telefon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kontaktowy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EDD8A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588B9509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D0B56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Adres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e-mail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88CB9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DE14F9C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7B80F9A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D. OWP ORAZ DANE DOTYCZĄCE ZATRUDNIENIA</w:t>
      </w:r>
    </w:p>
    <w:p w14:paraId="3280B3B9" w14:textId="18221ADB" w:rsidR="00FB0E7B" w:rsidRPr="00CF05FB" w:rsidRDefault="009B03A0" w:rsidP="009B03A0">
      <w:pPr>
        <w:spacing w:line="360" w:lineRule="auto"/>
        <w:rPr>
          <w:sz w:val="24"/>
          <w:szCs w:val="24"/>
        </w:rPr>
      </w:pPr>
      <w:r>
        <w:rPr>
          <w:rFonts w:cs="Arial"/>
          <w:sz w:val="24"/>
          <w:szCs w:val="24"/>
        </w:rPr>
        <w:t>O</w:t>
      </w:r>
      <w:r w:rsidR="00A0699C" w:rsidRPr="00CF05FB">
        <w:rPr>
          <w:rFonts w:cs="Arial"/>
          <w:sz w:val="24"/>
          <w:szCs w:val="24"/>
        </w:rPr>
        <w:t xml:space="preserve">WP, w </w:t>
      </w:r>
      <w:proofErr w:type="spellStart"/>
      <w:r w:rsidR="00A0699C" w:rsidRPr="00CF05FB">
        <w:rPr>
          <w:rFonts w:cs="Arial"/>
          <w:sz w:val="24"/>
          <w:szCs w:val="24"/>
        </w:rPr>
        <w:t>którym</w:t>
      </w:r>
      <w:proofErr w:type="spellEnd"/>
      <w:r w:rsidR="00A0699C" w:rsidRPr="00CF05FB">
        <w:rPr>
          <w:rFonts w:cs="Arial"/>
          <w:sz w:val="24"/>
          <w:szCs w:val="24"/>
        </w:rPr>
        <w:t xml:space="preserve"> </w:t>
      </w:r>
      <w:proofErr w:type="spellStart"/>
      <w:r w:rsidR="00A0699C" w:rsidRPr="00CF05FB">
        <w:rPr>
          <w:rFonts w:cs="Arial"/>
          <w:sz w:val="24"/>
          <w:szCs w:val="24"/>
        </w:rPr>
        <w:t>nauczyciel</w:t>
      </w:r>
      <w:proofErr w:type="spellEnd"/>
      <w:r w:rsidR="00A0699C" w:rsidRPr="00CF05FB">
        <w:rPr>
          <w:rFonts w:cs="Arial"/>
          <w:sz w:val="24"/>
          <w:szCs w:val="24"/>
        </w:rPr>
        <w:t>/</w:t>
      </w:r>
      <w:proofErr w:type="spellStart"/>
      <w:r w:rsidR="00A0699C" w:rsidRPr="00CF05FB">
        <w:rPr>
          <w:rFonts w:cs="Arial"/>
          <w:sz w:val="24"/>
          <w:szCs w:val="24"/>
        </w:rPr>
        <w:t>nauczycielka</w:t>
      </w:r>
      <w:proofErr w:type="spellEnd"/>
      <w:r w:rsidR="00A0699C" w:rsidRPr="00CF05FB">
        <w:rPr>
          <w:rFonts w:cs="Arial"/>
          <w:sz w:val="24"/>
          <w:szCs w:val="24"/>
        </w:rPr>
        <w:t xml:space="preserve"> jest </w:t>
      </w:r>
      <w:proofErr w:type="spellStart"/>
      <w:r w:rsidR="00A0699C" w:rsidRPr="00CF05FB">
        <w:rPr>
          <w:rFonts w:cs="Arial"/>
          <w:sz w:val="24"/>
          <w:szCs w:val="24"/>
        </w:rPr>
        <w:t>zatrudniony</w:t>
      </w:r>
      <w:proofErr w:type="spellEnd"/>
      <w:r w:rsidR="00A0699C" w:rsidRPr="00CF05FB">
        <w:rPr>
          <w:rFonts w:cs="Arial"/>
          <w:sz w:val="24"/>
          <w:szCs w:val="24"/>
        </w:rPr>
        <w:t>/a:</w:t>
      </w:r>
      <w:r>
        <w:rPr>
          <w:rFonts w:cs="Arial"/>
          <w:sz w:val="24"/>
          <w:szCs w:val="24"/>
        </w:rPr>
        <w:t xml:space="preserve"> </w:t>
      </w:r>
      <w:r w:rsidR="00A0699C" w:rsidRPr="00CF05FB">
        <w:rPr>
          <w:rFonts w:cs="Arial"/>
          <w:sz w:val="24"/>
          <w:szCs w:val="24"/>
        </w:rPr>
        <w:t xml:space="preserve">OWP w </w:t>
      </w:r>
      <w:proofErr w:type="spellStart"/>
      <w:r w:rsidR="00A0699C" w:rsidRPr="00CF05FB">
        <w:rPr>
          <w:rFonts w:cs="Arial"/>
          <w:sz w:val="24"/>
          <w:szCs w:val="24"/>
        </w:rPr>
        <w:t>Parchowie</w:t>
      </w:r>
      <w:proofErr w:type="spellEnd"/>
    </w:p>
    <w:p w14:paraId="366A14B0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Oświadczam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chwili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przystąpienia</w:t>
      </w:r>
      <w:proofErr w:type="spellEnd"/>
      <w:r>
        <w:rPr>
          <w:rFonts w:cs="Arial"/>
          <w:sz w:val="24"/>
        </w:rPr>
        <w:t xml:space="preserve"> do </w:t>
      </w:r>
      <w:proofErr w:type="spellStart"/>
      <w:r>
        <w:rPr>
          <w:rFonts w:cs="Arial"/>
          <w:sz w:val="24"/>
        </w:rPr>
        <w:t>projektu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jestem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zatrudniony</w:t>
      </w:r>
      <w:proofErr w:type="spellEnd"/>
      <w:r>
        <w:rPr>
          <w:rFonts w:cs="Arial"/>
          <w:sz w:val="24"/>
        </w:rPr>
        <w:t xml:space="preserve">/a w </w:t>
      </w:r>
      <w:proofErr w:type="spellStart"/>
      <w:r>
        <w:rPr>
          <w:rFonts w:cs="Arial"/>
          <w:sz w:val="24"/>
        </w:rPr>
        <w:t>wybranym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wyżej</w:t>
      </w:r>
      <w:proofErr w:type="spellEnd"/>
      <w:r>
        <w:rPr>
          <w:rFonts w:cs="Arial"/>
          <w:sz w:val="24"/>
        </w:rPr>
        <w:t xml:space="preserve"> OWP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jestem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osobą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pracującą</w:t>
      </w:r>
      <w:proofErr w:type="spellEnd"/>
      <w:r>
        <w:rPr>
          <w:rFonts w:cs="Arial"/>
          <w:sz w:val="24"/>
        </w:rPr>
        <w:t>.</w:t>
      </w:r>
    </w:p>
    <w:p w14:paraId="1EA8783C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0195689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E. FORMY WSPARCIA, KTÓRYCH DOTYCZY ZGŁOSZENIE</w:t>
      </w:r>
    </w:p>
    <w:p w14:paraId="27199D36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i/>
          <w:sz w:val="24"/>
          <w:szCs w:val="24"/>
        </w:rPr>
        <w:t>Można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zaznaczyć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więcej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niż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jedną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odpowiedź</w:t>
      </w:r>
      <w:proofErr w:type="spellEnd"/>
      <w:r w:rsidRPr="00CF05FB">
        <w:rPr>
          <w:rFonts w:cs="Arial"/>
          <w:i/>
          <w:sz w:val="24"/>
          <w:szCs w:val="24"/>
        </w:rPr>
        <w:t xml:space="preserve">. </w:t>
      </w:r>
      <w:proofErr w:type="spellStart"/>
      <w:r w:rsidRPr="00CF05FB">
        <w:rPr>
          <w:rFonts w:cs="Arial"/>
          <w:i/>
          <w:sz w:val="24"/>
          <w:szCs w:val="24"/>
        </w:rPr>
        <w:t>Ostatecznej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kwalifikacji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poszczególnych</w:t>
      </w:r>
      <w:proofErr w:type="spellEnd"/>
      <w:r w:rsidRPr="00CF05FB">
        <w:rPr>
          <w:rFonts w:cs="Arial"/>
          <w:i/>
          <w:sz w:val="24"/>
          <w:szCs w:val="24"/>
        </w:rPr>
        <w:t xml:space="preserve"> form </w:t>
      </w:r>
      <w:proofErr w:type="spellStart"/>
      <w:r w:rsidRPr="00CF05FB">
        <w:rPr>
          <w:rFonts w:cs="Arial"/>
          <w:i/>
          <w:sz w:val="24"/>
          <w:szCs w:val="24"/>
        </w:rPr>
        <w:t>wsparcia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dokonuje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Komisja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Rekrutacyjna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zgodnie</w:t>
      </w:r>
      <w:proofErr w:type="spellEnd"/>
      <w:r w:rsidRPr="00CF05FB">
        <w:rPr>
          <w:rFonts w:cs="Arial"/>
          <w:i/>
          <w:sz w:val="24"/>
          <w:szCs w:val="24"/>
        </w:rPr>
        <w:t xml:space="preserve"> z </w:t>
      </w:r>
      <w:proofErr w:type="spellStart"/>
      <w:r w:rsidRPr="00CF05FB">
        <w:rPr>
          <w:rFonts w:cs="Arial"/>
          <w:i/>
          <w:sz w:val="24"/>
          <w:szCs w:val="24"/>
        </w:rPr>
        <w:t>Regulaminem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p w14:paraId="1CB0F97C" w14:textId="0CD22BE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szkolenie: rozwijanie u dzieci kompetencji matematyczno-logicznych </w:t>
      </w:r>
    </w:p>
    <w:p w14:paraId="4C5FCDDB" w14:textId="4CED5F18" w:rsidR="00FB0E7B" w:rsidRPr="00CF05FB" w:rsidRDefault="00A0699C" w:rsidP="009B03A0">
      <w:pPr>
        <w:widowControl w:val="0"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szkolenie: rozwijanie sprawności manualnej dzieci </w:t>
      </w:r>
    </w:p>
    <w:p w14:paraId="12693329" w14:textId="2EF54B51" w:rsidR="00FB0E7B" w:rsidRPr="00CF05FB" w:rsidRDefault="00A0699C" w:rsidP="009B03A0">
      <w:pPr>
        <w:widowControl w:val="0"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szkolenie: rozwijanie kompetencji społecznych i emocjonalnych dzieci </w:t>
      </w:r>
    </w:p>
    <w:p w14:paraId="68DC753F" w14:textId="0A1A9248" w:rsidR="00FB0E7B" w:rsidRPr="00CF05FB" w:rsidRDefault="00A0699C" w:rsidP="009B03A0">
      <w:pPr>
        <w:widowControl w:val="0"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studia podyplomowe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integracji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sensorycznej</w:t>
      </w:r>
      <w:proofErr w:type="spellEnd"/>
    </w:p>
    <w:p w14:paraId="6C8AEB6B" w14:textId="77777777" w:rsidR="00567002" w:rsidRDefault="00567002" w:rsidP="009B03A0">
      <w:pPr>
        <w:widowControl w:val="0"/>
        <w:spacing w:line="360" w:lineRule="auto"/>
        <w:rPr>
          <w:b/>
          <w:sz w:val="24"/>
          <w:szCs w:val="24"/>
        </w:rPr>
      </w:pPr>
    </w:p>
    <w:p w14:paraId="2876598A" w14:textId="77777777" w:rsidR="00FB0E7B" w:rsidRPr="00CF05FB" w:rsidRDefault="00787F02" w:rsidP="009B03A0">
      <w:pPr>
        <w:widowControl w:val="0"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F</w:t>
      </w:r>
      <w:r w:rsidR="00A0699C" w:rsidRPr="00CF05FB">
        <w:rPr>
          <w:rFonts w:cs="Arial"/>
          <w:b/>
          <w:sz w:val="24"/>
          <w:szCs w:val="24"/>
        </w:rPr>
        <w:t>. DANE DO MONITOROWANIA WSKAŹNIKÓW EFS+</w:t>
      </w:r>
    </w:p>
    <w:p w14:paraId="5F55CBBD" w14:textId="77777777" w:rsidR="00FB0E7B" w:rsidRPr="00CF05FB" w:rsidRDefault="00A0699C" w:rsidP="009B03A0">
      <w:pPr>
        <w:widowControl w:val="0"/>
        <w:spacing w:line="360" w:lineRule="auto"/>
        <w:rPr>
          <w:sz w:val="24"/>
          <w:szCs w:val="24"/>
        </w:rPr>
      </w:pPr>
      <w:r w:rsidRPr="00CF05FB">
        <w:rPr>
          <w:rFonts w:cs="Arial"/>
          <w:i/>
          <w:sz w:val="24"/>
          <w:szCs w:val="24"/>
        </w:rPr>
        <w:t xml:space="preserve">Dane </w:t>
      </w:r>
      <w:proofErr w:type="spellStart"/>
      <w:r w:rsidRPr="00CF05FB">
        <w:rPr>
          <w:rFonts w:cs="Arial"/>
          <w:i/>
          <w:sz w:val="24"/>
          <w:szCs w:val="24"/>
        </w:rPr>
        <w:t>są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zbierane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monitorowania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wskaźników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projektu</w:t>
      </w:r>
      <w:proofErr w:type="spellEnd"/>
      <w:r w:rsidRPr="00CF05FB">
        <w:rPr>
          <w:rFonts w:cs="Arial"/>
          <w:i/>
          <w:sz w:val="24"/>
          <w:szCs w:val="24"/>
        </w:rPr>
        <w:t xml:space="preserve">. W </w:t>
      </w:r>
      <w:proofErr w:type="spellStart"/>
      <w:r w:rsidRPr="00CF05FB">
        <w:rPr>
          <w:rFonts w:cs="Arial"/>
          <w:i/>
          <w:sz w:val="24"/>
          <w:szCs w:val="24"/>
        </w:rPr>
        <w:t>przypadku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danych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szczególnej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kategorii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można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zaznaczyć</w:t>
      </w:r>
      <w:proofErr w:type="spellEnd"/>
      <w:r w:rsidRPr="00CF05FB">
        <w:rPr>
          <w:rFonts w:cs="Arial"/>
          <w:i/>
          <w:sz w:val="24"/>
          <w:szCs w:val="24"/>
        </w:rPr>
        <w:t xml:space="preserve"> „</w:t>
      </w:r>
      <w:proofErr w:type="spellStart"/>
      <w:r w:rsidRPr="00CF05FB">
        <w:rPr>
          <w:rFonts w:cs="Arial"/>
          <w:i/>
          <w:sz w:val="24"/>
          <w:szCs w:val="24"/>
        </w:rPr>
        <w:t>odmowa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podania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informacji</w:t>
      </w:r>
      <w:proofErr w:type="spellEnd"/>
      <w:r w:rsidRPr="00CF05FB">
        <w:rPr>
          <w:rFonts w:cs="Arial"/>
          <w:i/>
          <w:sz w:val="24"/>
          <w:szCs w:val="24"/>
        </w:rPr>
        <w:t xml:space="preserve">”, o </w:t>
      </w:r>
      <w:proofErr w:type="spellStart"/>
      <w:r w:rsidRPr="00CF05FB">
        <w:rPr>
          <w:rFonts w:cs="Arial"/>
          <w:i/>
          <w:sz w:val="24"/>
          <w:szCs w:val="24"/>
        </w:rPr>
        <w:t>ile</w:t>
      </w:r>
      <w:proofErr w:type="spellEnd"/>
      <w:r w:rsidRPr="00CF05FB">
        <w:rPr>
          <w:rFonts w:cs="Arial"/>
          <w:i/>
          <w:sz w:val="24"/>
          <w:szCs w:val="24"/>
        </w:rPr>
        <w:t xml:space="preserve"> dana </w:t>
      </w:r>
      <w:proofErr w:type="spellStart"/>
      <w:r w:rsidRPr="00CF05FB">
        <w:rPr>
          <w:rFonts w:cs="Arial"/>
          <w:i/>
          <w:sz w:val="24"/>
          <w:szCs w:val="24"/>
        </w:rPr>
        <w:t>informacja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nie</w:t>
      </w:r>
      <w:proofErr w:type="spellEnd"/>
      <w:r w:rsidRPr="00CF05FB">
        <w:rPr>
          <w:rFonts w:cs="Arial"/>
          <w:i/>
          <w:sz w:val="24"/>
          <w:szCs w:val="24"/>
        </w:rPr>
        <w:t xml:space="preserve"> jest </w:t>
      </w:r>
      <w:proofErr w:type="spellStart"/>
      <w:r w:rsidRPr="00CF05FB">
        <w:rPr>
          <w:rFonts w:cs="Arial"/>
          <w:i/>
          <w:sz w:val="24"/>
          <w:szCs w:val="24"/>
        </w:rPr>
        <w:t>niezbędna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potwierdzenia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kwalifikowalności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tbl>
      <w:tblPr>
        <w:tblStyle w:val="Tabela-Siatka"/>
        <w:tblW w:w="11144" w:type="dxa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3717"/>
      </w:tblGrid>
      <w:tr w:rsidR="00FB0E7B" w:rsidRPr="00CF05FB" w14:paraId="1E2805E8" w14:textId="77777777" w:rsidTr="00E94403">
        <w:trPr>
          <w:tblHeader/>
          <w:jc w:val="center"/>
        </w:trPr>
        <w:tc>
          <w:tcPr>
            <w:tcW w:w="7427" w:type="dxa"/>
            <w:shd w:val="clear" w:color="auto" w:fill="BFBFBF" w:themeFill="background1" w:themeFillShade="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5EBDF" w14:textId="77777777" w:rsidR="00FB0E7B" w:rsidRPr="00CF05FB" w:rsidRDefault="00A0699C" w:rsidP="009B03A0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Informacja</w:t>
            </w:r>
            <w:proofErr w:type="spellEnd"/>
          </w:p>
        </w:tc>
        <w:tc>
          <w:tcPr>
            <w:tcW w:w="3717" w:type="dxa"/>
            <w:shd w:val="clear" w:color="auto" w:fill="BFBFBF" w:themeFill="background1" w:themeFillShade="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6BE87" w14:textId="77777777" w:rsidR="00FB0E7B" w:rsidRPr="00CF05FB" w:rsidRDefault="00A0699C" w:rsidP="009B03A0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Odpowiedź</w:t>
            </w:r>
            <w:proofErr w:type="spellEnd"/>
          </w:p>
        </w:tc>
      </w:tr>
      <w:tr w:rsidR="00FB0E7B" w:rsidRPr="00CF05FB" w14:paraId="66C4993D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745FD" w14:textId="77777777" w:rsidR="00A54D38" w:rsidRDefault="00A10BE3" w:rsidP="009B03A0">
            <w:pPr>
              <w:widowControl w:val="0"/>
              <w:spacing w:line="360" w:lineRule="auto"/>
            </w:pPr>
            <w:r>
              <w:rPr>
                <w:rFonts w:cs="Arial"/>
                <w:sz w:val="24"/>
              </w:rPr>
              <w:t xml:space="preserve">Status </w:t>
            </w:r>
            <w:proofErr w:type="spellStart"/>
            <w:r>
              <w:rPr>
                <w:rFonts w:cs="Arial"/>
                <w:sz w:val="24"/>
              </w:rPr>
              <w:t>nauczyciela</w:t>
            </w:r>
            <w:proofErr w:type="spellEnd"/>
            <w:r>
              <w:rPr>
                <w:rFonts w:cs="Arial"/>
                <w:sz w:val="24"/>
              </w:rPr>
              <w:t>/</w:t>
            </w:r>
            <w:proofErr w:type="spellStart"/>
            <w:r>
              <w:rPr>
                <w:rFonts w:cs="Arial"/>
                <w:sz w:val="24"/>
              </w:rPr>
              <w:t>nauczycielki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rynku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pracy</w:t>
            </w:r>
            <w:proofErr w:type="spellEnd"/>
            <w:r>
              <w:rPr>
                <w:rFonts w:cs="Arial"/>
                <w:sz w:val="24"/>
              </w:rPr>
              <w:t xml:space="preserve"> w </w:t>
            </w:r>
            <w:proofErr w:type="spellStart"/>
            <w:r>
              <w:rPr>
                <w:rFonts w:cs="Arial"/>
                <w:sz w:val="24"/>
              </w:rPr>
              <w:t>chwili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przystąpienia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projektu</w:t>
            </w:r>
            <w:proofErr w:type="spellEnd"/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4B0EE" w14:textId="77777777" w:rsidR="00A54D38" w:rsidRDefault="00A10BE3" w:rsidP="009B03A0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osoba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pracująca</w:t>
            </w:r>
            <w:proofErr w:type="spellEnd"/>
          </w:p>
        </w:tc>
      </w:tr>
      <w:tr w:rsidR="00FB0E7B" w:rsidRPr="00CF05FB" w14:paraId="39493CB4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7AB6E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trzeciego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tj</w:t>
            </w:r>
            <w:proofErr w:type="spellEnd"/>
            <w:r>
              <w:rPr>
                <w:rFonts w:cs="Arial"/>
                <w:sz w:val="24"/>
              </w:rPr>
              <w:t xml:space="preserve">. </w:t>
            </w:r>
            <w:proofErr w:type="spellStart"/>
            <w:r>
              <w:rPr>
                <w:rFonts w:cs="Arial"/>
                <w:sz w:val="24"/>
              </w:rPr>
              <w:t>nie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posiadam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żadnego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państwa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członkowskiego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Unii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Europejskiej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albo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bezpaństwowcem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o </w:t>
            </w:r>
            <w:proofErr w:type="spellStart"/>
            <w:r>
              <w:rPr>
                <w:rFonts w:cs="Arial"/>
                <w:sz w:val="24"/>
              </w:rPr>
              <w:t>nieustalonym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obywatelstwie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84E83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7AA8D03A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FB0E7B" w:rsidRPr="00CF05FB" w14:paraId="378279A1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48842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lastRenderedPageBreak/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posiadam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doświadczenie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migracji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tj</w:t>
            </w:r>
            <w:proofErr w:type="spellEnd"/>
            <w:r>
              <w:rPr>
                <w:rFonts w:cs="Arial"/>
                <w:sz w:val="24"/>
              </w:rPr>
              <w:t xml:space="preserve">. w </w:t>
            </w:r>
            <w:proofErr w:type="spellStart"/>
            <w:r>
              <w:rPr>
                <w:rFonts w:cs="Arial"/>
                <w:sz w:val="24"/>
              </w:rPr>
              <w:t>związku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zmianą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zamieszkania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przybyłem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innego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państwa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powróciłem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po </w:t>
            </w:r>
            <w:proofErr w:type="spellStart"/>
            <w:r>
              <w:rPr>
                <w:rFonts w:cs="Arial"/>
                <w:sz w:val="24"/>
              </w:rPr>
              <w:t>okresie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zamieszkiwania</w:t>
            </w:r>
            <w:proofErr w:type="spellEnd"/>
            <w:r>
              <w:rPr>
                <w:rFonts w:cs="Arial"/>
                <w:sz w:val="24"/>
              </w:rPr>
              <w:t xml:space="preserve"> za </w:t>
            </w:r>
            <w:proofErr w:type="spellStart"/>
            <w:r>
              <w:rPr>
                <w:rFonts w:cs="Arial"/>
                <w:sz w:val="24"/>
              </w:rPr>
              <w:t>granicą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albo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przybyłem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w </w:t>
            </w:r>
            <w:proofErr w:type="spellStart"/>
            <w:r>
              <w:rPr>
                <w:rFonts w:cs="Arial"/>
                <w:sz w:val="24"/>
              </w:rPr>
              <w:t>ramach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repatriacji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niezależnie</w:t>
            </w:r>
            <w:proofErr w:type="spellEnd"/>
            <w:r>
              <w:rPr>
                <w:rFonts w:cs="Arial"/>
                <w:sz w:val="24"/>
              </w:rPr>
              <w:t xml:space="preserve"> od </w:t>
            </w:r>
            <w:proofErr w:type="spellStart"/>
            <w:r>
              <w:rPr>
                <w:rFonts w:cs="Arial"/>
                <w:sz w:val="24"/>
              </w:rPr>
              <w:t>mojego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obywatelstwa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narodowości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pochodzenia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podstawy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pobytu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C0479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</w:t>
            </w:r>
          </w:p>
          <w:p w14:paraId="14846E27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FB0E7B" w:rsidRPr="00CF05FB" w14:paraId="2DEF84EC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0D674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należę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mniejszości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narodowej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etnicznej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tym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społeczności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marginalizowanej</w:t>
            </w:r>
            <w:proofErr w:type="spellEnd"/>
            <w:r>
              <w:rPr>
                <w:rFonts w:cs="Arial"/>
                <w:sz w:val="24"/>
              </w:rPr>
              <w:t xml:space="preserve"> – </w:t>
            </w:r>
            <w:proofErr w:type="spellStart"/>
            <w:r>
              <w:rPr>
                <w:rFonts w:cs="Arial"/>
                <w:sz w:val="24"/>
              </w:rPr>
              <w:t>oznacza</w:t>
            </w:r>
            <w:proofErr w:type="spellEnd"/>
            <w:r>
              <w:rPr>
                <w:rFonts w:cs="Arial"/>
                <w:sz w:val="24"/>
              </w:rPr>
              <w:t xml:space="preserve"> to,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identyfikuję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się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mniejszością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etniczną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tym</w:t>
            </w:r>
            <w:proofErr w:type="spellEnd"/>
            <w:r>
              <w:rPr>
                <w:rFonts w:cs="Arial"/>
                <w:sz w:val="24"/>
              </w:rPr>
              <w:t xml:space="preserve"> np. </w:t>
            </w:r>
            <w:proofErr w:type="spellStart"/>
            <w:r>
              <w:rPr>
                <w:rFonts w:cs="Arial"/>
                <w:sz w:val="24"/>
              </w:rPr>
              <w:t>ze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społecznością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romską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rozumieniu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przepisów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dotyczących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mniejszości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narodowych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etnicznych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FE620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171C2621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  <w:r w:rsidRPr="00CF05FB">
              <w:rPr>
                <w:rFonts w:cs="Arial"/>
                <w:sz w:val="24"/>
                <w:szCs w:val="24"/>
              </w:rPr>
              <w:br/>
              <w:t xml:space="preserve">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odmowa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podania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informacji</w:t>
            </w:r>
            <w:proofErr w:type="spellEnd"/>
          </w:p>
        </w:tc>
      </w:tr>
      <w:tr w:rsidR="00FB0E7B" w:rsidRPr="00CF05FB" w14:paraId="1EFAC241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A235F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niepełnosprawnością</w:t>
            </w:r>
            <w:proofErr w:type="spellEnd"/>
            <w:r>
              <w:rPr>
                <w:rFonts w:cs="Arial"/>
                <w:sz w:val="24"/>
              </w:rPr>
              <w:t xml:space="preserve">. W </w:t>
            </w:r>
            <w:proofErr w:type="spellStart"/>
            <w:r>
              <w:rPr>
                <w:rFonts w:cs="Arial"/>
                <w:sz w:val="24"/>
              </w:rPr>
              <w:t>przypadku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zaznaczenia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odpowiedzi</w:t>
            </w:r>
            <w:proofErr w:type="spellEnd"/>
            <w:r>
              <w:rPr>
                <w:rFonts w:cs="Arial"/>
                <w:sz w:val="24"/>
              </w:rPr>
              <w:t xml:space="preserve"> „TAK” </w:t>
            </w:r>
            <w:proofErr w:type="spellStart"/>
            <w:r>
              <w:rPr>
                <w:rFonts w:cs="Arial"/>
                <w:sz w:val="24"/>
              </w:rPr>
              <w:t>należy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wskazać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sposób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potwierdzenia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niepełnosprawności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BE2DC" w14:textId="77777777" w:rsidR="00A54D38" w:rsidRDefault="00A10BE3" w:rsidP="00B30276">
            <w:pPr>
              <w:widowControl w:val="0"/>
              <w:spacing w:line="360" w:lineRule="auto"/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TAK</w:t>
            </w:r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NIE</w:t>
            </w:r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odmowa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podania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informacji</w:t>
            </w:r>
            <w:proofErr w:type="spellEnd"/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załączono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dokument</w:t>
            </w:r>
            <w:proofErr w:type="spellEnd"/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okazano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dokument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wglądu</w:t>
            </w:r>
            <w:proofErr w:type="spellEnd"/>
          </w:p>
        </w:tc>
      </w:tr>
      <w:tr w:rsidR="00F26164" w:rsidRPr="00CF05FB" w14:paraId="4A058639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4791F" w14:textId="3F0B92ED" w:rsidR="00F26164" w:rsidRDefault="00F26164" w:rsidP="00B30276">
            <w:pPr>
              <w:widowControl w:val="0"/>
              <w:spacing w:line="360" w:lineRule="auto"/>
              <w:rPr>
                <w:rFonts w:cs="Arial"/>
                <w:sz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t>Oświadczam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jestem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osobą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w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kryzysie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bezdomności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lub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dotkniętą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wykluczeniem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dostępu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do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mieszkań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06BCC" w14:textId="77777777" w:rsidR="00F26164" w:rsidRDefault="00F26164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173792C0" w14:textId="23043D3D" w:rsidR="00F26164" w:rsidRDefault="00F26164" w:rsidP="00B30276">
            <w:pPr>
              <w:widowControl w:val="0"/>
              <w:spacing w:line="360" w:lineRule="auto"/>
              <w:rPr>
                <w:rFonts w:ascii="Segoe UI Symbol" w:eastAsia="Segoe UI Symbol" w:hAnsi="Segoe UI Symbol" w:cs="Segoe UI Symbol"/>
                <w:sz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B30276" w:rsidRPr="00CF05FB" w14:paraId="58B1AEA6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D675C" w14:textId="0FEE45A8" w:rsidR="00B30276" w:rsidRPr="00CF05FB" w:rsidRDefault="00B30276" w:rsidP="00B30276">
            <w:pPr>
              <w:widowControl w:val="0"/>
              <w:spacing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t>Oświadczam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jestem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osobą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obcego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pochodzenia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oznacza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to,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nie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posiadam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obywatelstwa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polskiego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2F088" w14:textId="77777777" w:rsidR="00B30276" w:rsidRDefault="00B30276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26A31036" w14:textId="7D027B94" w:rsidR="00B30276" w:rsidRPr="00CF05FB" w:rsidRDefault="00B30276" w:rsidP="00B30276">
            <w:pPr>
              <w:widowControl w:val="0"/>
              <w:spacing w:line="360" w:lineRule="auto"/>
              <w:rPr>
                <w:rFonts w:cs="Arial"/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</w:tbl>
    <w:p w14:paraId="14FAF129" w14:textId="77777777" w:rsidR="00567002" w:rsidRDefault="00567002" w:rsidP="00B30276">
      <w:pPr>
        <w:widowControl w:val="0"/>
        <w:spacing w:line="360" w:lineRule="auto"/>
        <w:rPr>
          <w:b/>
          <w:sz w:val="24"/>
          <w:szCs w:val="24"/>
        </w:rPr>
      </w:pPr>
    </w:p>
    <w:p w14:paraId="7A02788C" w14:textId="77777777" w:rsidR="00FB0E7B" w:rsidRPr="00CF05FB" w:rsidRDefault="00787F02" w:rsidP="00B30276">
      <w:pPr>
        <w:widowControl w:val="0"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G</w:t>
      </w:r>
      <w:r w:rsidR="00A0699C" w:rsidRPr="00CF05FB">
        <w:rPr>
          <w:rFonts w:cs="Arial"/>
          <w:b/>
          <w:sz w:val="24"/>
          <w:szCs w:val="24"/>
        </w:rPr>
        <w:t>. SZCZEGÓLNE POTRZEBY ZWIĄZANE Z DOSTĘPNOŚCIĄ I ORGANIZACJĄ WSPARCIA</w:t>
      </w:r>
    </w:p>
    <w:p w14:paraId="4BD79E13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i/>
          <w:sz w:val="24"/>
          <w:szCs w:val="24"/>
        </w:rPr>
        <w:t>Informacja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służy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dostosowaniu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procesu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rekrutacji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organizacji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szkolenia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indywidualnych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uczestnika</w:t>
      </w:r>
      <w:proofErr w:type="spellEnd"/>
      <w:r w:rsidRPr="00CF05FB">
        <w:rPr>
          <w:rFonts w:cs="Arial"/>
          <w:i/>
          <w:sz w:val="24"/>
          <w:szCs w:val="24"/>
        </w:rPr>
        <w:t>/</w:t>
      </w:r>
      <w:proofErr w:type="spellStart"/>
      <w:r w:rsidRPr="00CF05FB">
        <w:rPr>
          <w:rFonts w:cs="Arial"/>
          <w:i/>
          <w:sz w:val="24"/>
          <w:szCs w:val="24"/>
        </w:rPr>
        <w:t>uczestniczki</w:t>
      </w:r>
      <w:proofErr w:type="spellEnd"/>
      <w:r w:rsidRPr="00CF05FB">
        <w:rPr>
          <w:rFonts w:cs="Arial"/>
          <w:i/>
          <w:sz w:val="24"/>
          <w:szCs w:val="24"/>
        </w:rPr>
        <w:t xml:space="preserve">. W </w:t>
      </w:r>
      <w:proofErr w:type="spellStart"/>
      <w:r w:rsidRPr="00CF05FB">
        <w:rPr>
          <w:rFonts w:cs="Arial"/>
          <w:i/>
          <w:sz w:val="24"/>
          <w:szCs w:val="24"/>
        </w:rPr>
        <w:t>razie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mogą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zostać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zastosowane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odpowiednie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rozwiązania</w:t>
      </w:r>
      <w:proofErr w:type="spellEnd"/>
      <w:r w:rsidRPr="00CF05FB">
        <w:rPr>
          <w:rFonts w:cs="Arial"/>
          <w:i/>
          <w:sz w:val="24"/>
          <w:szCs w:val="24"/>
        </w:rPr>
        <w:t xml:space="preserve"> w </w:t>
      </w:r>
      <w:proofErr w:type="spellStart"/>
      <w:r w:rsidRPr="00CF05FB">
        <w:rPr>
          <w:rFonts w:cs="Arial"/>
          <w:i/>
          <w:sz w:val="24"/>
          <w:szCs w:val="24"/>
        </w:rPr>
        <w:t>zakresie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dostępności</w:t>
      </w:r>
      <w:proofErr w:type="spellEnd"/>
      <w:r w:rsidRPr="00CF05FB">
        <w:rPr>
          <w:rFonts w:cs="Arial"/>
          <w:i/>
          <w:sz w:val="24"/>
          <w:szCs w:val="24"/>
        </w:rPr>
        <w:t xml:space="preserve">, w </w:t>
      </w:r>
      <w:proofErr w:type="spellStart"/>
      <w:r w:rsidRPr="00CF05FB">
        <w:rPr>
          <w:rFonts w:cs="Arial"/>
          <w:i/>
          <w:sz w:val="24"/>
          <w:szCs w:val="24"/>
        </w:rPr>
        <w:t>tym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racjonalne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usprawnienia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p w14:paraId="29D82BA0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Można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zaznaczyć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więcej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niż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jedną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odpowiedź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650E621A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lastRenderedPageBreak/>
        <w:t xml:space="preserve">☐ </w:t>
      </w:r>
      <w:proofErr w:type="spellStart"/>
      <w:r w:rsidRPr="00CF05FB">
        <w:rPr>
          <w:rFonts w:cs="Arial"/>
          <w:sz w:val="24"/>
          <w:szCs w:val="24"/>
        </w:rPr>
        <w:t>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posiadam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szczególnych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wymagających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dodatkowego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dostosowania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</w:p>
    <w:p w14:paraId="73D67C7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sposobu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komunikacji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przekazywania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informacji</w:t>
      </w:r>
      <w:proofErr w:type="spellEnd"/>
    </w:p>
    <w:p w14:paraId="06731A6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materiałów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szkoleniowych</w:t>
      </w:r>
      <w:proofErr w:type="spellEnd"/>
      <w:r w:rsidRPr="00CF05FB">
        <w:rPr>
          <w:rFonts w:cs="Arial"/>
          <w:sz w:val="24"/>
          <w:szCs w:val="24"/>
        </w:rPr>
        <w:t xml:space="preserve">, np. </w:t>
      </w:r>
      <w:proofErr w:type="spellStart"/>
      <w:r w:rsidRPr="00CF05FB">
        <w:rPr>
          <w:rFonts w:cs="Arial"/>
          <w:sz w:val="24"/>
          <w:szCs w:val="24"/>
        </w:rPr>
        <w:t>większa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czcionka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odpowiedni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kontrast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format </w:t>
      </w:r>
      <w:proofErr w:type="spellStart"/>
      <w:r w:rsidRPr="00CF05FB">
        <w:rPr>
          <w:rFonts w:cs="Arial"/>
          <w:sz w:val="24"/>
          <w:szCs w:val="24"/>
        </w:rPr>
        <w:t>elektroniczny</w:t>
      </w:r>
      <w:proofErr w:type="spellEnd"/>
    </w:p>
    <w:p w14:paraId="08C8F4CE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miejsca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realizacji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szkolenia</w:t>
      </w:r>
      <w:proofErr w:type="spellEnd"/>
      <w:r w:rsidRPr="00CF05FB">
        <w:rPr>
          <w:rFonts w:cs="Arial"/>
          <w:sz w:val="24"/>
          <w:szCs w:val="24"/>
        </w:rPr>
        <w:t xml:space="preserve"> / </w:t>
      </w:r>
      <w:proofErr w:type="spellStart"/>
      <w:r w:rsidRPr="00CF05FB">
        <w:rPr>
          <w:rFonts w:cs="Arial"/>
          <w:sz w:val="24"/>
          <w:szCs w:val="24"/>
        </w:rPr>
        <w:t>zapewnienie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dostępności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architektonicznej</w:t>
      </w:r>
      <w:proofErr w:type="spellEnd"/>
    </w:p>
    <w:p w14:paraId="20644154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wsparcie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poruszaniu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korzystaniu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pomieszczeń</w:t>
      </w:r>
      <w:proofErr w:type="spellEnd"/>
    </w:p>
    <w:p w14:paraId="412AF9B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organizacji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szkolenia</w:t>
      </w:r>
      <w:proofErr w:type="spellEnd"/>
      <w:r w:rsidRPr="00CF05FB">
        <w:rPr>
          <w:rFonts w:cs="Arial"/>
          <w:sz w:val="24"/>
          <w:szCs w:val="24"/>
        </w:rPr>
        <w:t xml:space="preserve">, np. </w:t>
      </w:r>
      <w:proofErr w:type="spellStart"/>
      <w:r w:rsidRPr="00CF05FB">
        <w:rPr>
          <w:rFonts w:cs="Arial"/>
          <w:sz w:val="24"/>
          <w:szCs w:val="24"/>
        </w:rPr>
        <w:t>tempa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czasu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wykonywania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zadań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przerw</w:t>
      </w:r>
      <w:proofErr w:type="spellEnd"/>
    </w:p>
    <w:p w14:paraId="28BB0F9E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ograniczenie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nadmiernych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bodźców</w:t>
      </w:r>
      <w:proofErr w:type="spellEnd"/>
      <w:r w:rsidRPr="00CF05FB">
        <w:rPr>
          <w:rFonts w:cs="Arial"/>
          <w:sz w:val="24"/>
          <w:szCs w:val="24"/>
        </w:rPr>
        <w:t xml:space="preserve"> /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związane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funkcjonowaniem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sensorycznym</w:t>
      </w:r>
      <w:proofErr w:type="spellEnd"/>
    </w:p>
    <w:p w14:paraId="2B52D8F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inne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szczególne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związane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udziałem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245A8141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3F1D6850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637ACC3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Jeżeli</w:t>
      </w:r>
      <w:proofErr w:type="spellEnd"/>
      <w:r w:rsidRPr="00CF05FB">
        <w:rPr>
          <w:rFonts w:cs="Arial"/>
          <w:sz w:val="24"/>
          <w:szCs w:val="24"/>
        </w:rPr>
        <w:t xml:space="preserve"> jest to </w:t>
      </w:r>
      <w:proofErr w:type="spellStart"/>
      <w:r w:rsidRPr="00CF05FB">
        <w:rPr>
          <w:rFonts w:cs="Arial"/>
          <w:sz w:val="24"/>
          <w:szCs w:val="24"/>
        </w:rPr>
        <w:t>potrzebne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właściwego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przygotowania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proszę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krótko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opisać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zaznaczone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00EB9DAB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6A0C6104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747A904" w14:textId="77777777" w:rsidR="00FB0E7B" w:rsidRPr="00CF05FB" w:rsidRDefault="00787F02" w:rsidP="00567002">
      <w:pPr>
        <w:keepNext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H</w:t>
      </w:r>
      <w:r w:rsidR="00A0699C" w:rsidRPr="00CF05FB">
        <w:rPr>
          <w:rFonts w:cs="Arial"/>
          <w:b/>
          <w:sz w:val="24"/>
          <w:szCs w:val="24"/>
        </w:rPr>
        <w:t>. OŚWIADCZENIA UCZESTNIKA / UCZESTNICZKI</w:t>
      </w:r>
    </w:p>
    <w:p w14:paraId="532BDAD7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Zgłaszam chęć udziału w projekcie „Program rozwoju edukacji przedszkolnej w Gminie Parchowo”, nr FEPM.05.07-IZ.00-0030/26, oraz deklaruję udział w szkoleniach lub studiach, do </w:t>
      </w:r>
      <w:proofErr w:type="spellStart"/>
      <w:r w:rsidRPr="00CF05FB">
        <w:rPr>
          <w:rFonts w:cs="Arial"/>
          <w:sz w:val="24"/>
          <w:szCs w:val="24"/>
        </w:rPr>
        <w:t>których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zostanę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zakwalifikowany</w:t>
      </w:r>
      <w:proofErr w:type="spellEnd"/>
      <w:r w:rsidRPr="00CF05FB">
        <w:rPr>
          <w:rFonts w:cs="Arial"/>
          <w:sz w:val="24"/>
          <w:szCs w:val="24"/>
        </w:rPr>
        <w:t>/a.</w:t>
      </w:r>
    </w:p>
    <w:p w14:paraId="54774285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Oświadczam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dane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informacje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podane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formularzu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są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zgodne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stanem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faktycznym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oraz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zobowiązuję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niezwłocznego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informowania</w:t>
      </w:r>
      <w:proofErr w:type="spellEnd"/>
      <w:r w:rsidRPr="00CF05FB">
        <w:rPr>
          <w:rFonts w:cs="Arial"/>
          <w:sz w:val="24"/>
          <w:szCs w:val="24"/>
        </w:rPr>
        <w:t xml:space="preserve"> OWP o </w:t>
      </w:r>
      <w:proofErr w:type="spellStart"/>
      <w:r w:rsidRPr="00CF05FB">
        <w:rPr>
          <w:rFonts w:cs="Arial"/>
          <w:sz w:val="24"/>
          <w:szCs w:val="24"/>
        </w:rPr>
        <w:t>zmianach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mających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wpływ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mój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7E3FCF0A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Oświadczam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zapoznałem</w:t>
      </w:r>
      <w:proofErr w:type="spellEnd"/>
      <w:r w:rsidRPr="00CF05FB">
        <w:rPr>
          <w:rFonts w:cs="Arial"/>
          <w:sz w:val="24"/>
          <w:szCs w:val="24"/>
        </w:rPr>
        <w:t xml:space="preserve">/am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Regulaminem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rekrutacji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uczestnictwa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akceptuję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jego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postanowienia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70F6B3F5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Przyjmuję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wiadomości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formach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realizowanych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ramach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jest </w:t>
      </w:r>
      <w:proofErr w:type="spellStart"/>
      <w:r w:rsidRPr="00CF05FB">
        <w:rPr>
          <w:rFonts w:cs="Arial"/>
          <w:sz w:val="24"/>
          <w:szCs w:val="24"/>
        </w:rPr>
        <w:t>bezpłatny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4362ABA0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Potwierdzam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zapoznałem</w:t>
      </w:r>
      <w:proofErr w:type="spellEnd"/>
      <w:r>
        <w:rPr>
          <w:rFonts w:cs="Arial"/>
          <w:sz w:val="24"/>
        </w:rPr>
        <w:t xml:space="preserve">/am </w:t>
      </w:r>
      <w:proofErr w:type="spellStart"/>
      <w:r>
        <w:rPr>
          <w:rFonts w:cs="Arial"/>
          <w:sz w:val="24"/>
        </w:rPr>
        <w:t>się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informacjami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wynikającymi</w:t>
      </w:r>
      <w:proofErr w:type="spellEnd"/>
      <w:r>
        <w:rPr>
          <w:rFonts w:cs="Arial"/>
          <w:sz w:val="24"/>
        </w:rPr>
        <w:t xml:space="preserve"> z art. 13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art. 14 RODO, </w:t>
      </w:r>
      <w:proofErr w:type="spellStart"/>
      <w:r>
        <w:rPr>
          <w:rFonts w:cs="Arial"/>
          <w:sz w:val="24"/>
        </w:rPr>
        <w:t>zawartymi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klauzuli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informacyjnej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stanowiącej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Załącznik</w:t>
      </w:r>
      <w:proofErr w:type="spellEnd"/>
      <w:r>
        <w:rPr>
          <w:rFonts w:cs="Arial"/>
          <w:sz w:val="24"/>
        </w:rPr>
        <w:t xml:space="preserve"> nr 4 do </w:t>
      </w:r>
      <w:proofErr w:type="spellStart"/>
      <w:r>
        <w:rPr>
          <w:rFonts w:cs="Arial"/>
          <w:sz w:val="24"/>
        </w:rPr>
        <w:t>Regulaminu</w:t>
      </w:r>
      <w:proofErr w:type="spellEnd"/>
      <w:r>
        <w:rPr>
          <w:rFonts w:cs="Arial"/>
          <w:sz w:val="24"/>
        </w:rPr>
        <w:t>.</w:t>
      </w:r>
    </w:p>
    <w:p w14:paraId="182B010F" w14:textId="7DF1D4AD" w:rsidR="006D42EB" w:rsidRDefault="00A10BE3" w:rsidP="000C3C14">
      <w:pPr>
        <w:widowControl w:val="0"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lastRenderedPageBreak/>
        <w:t>☐</w:t>
      </w:r>
      <w:r>
        <w:rPr>
          <w:rFonts w:cs="Arial"/>
          <w:sz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Zobowiązuję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się</w:t>
      </w:r>
      <w:proofErr w:type="spellEnd"/>
      <w:r w:rsidR="006D42EB" w:rsidRPr="006D42EB">
        <w:rPr>
          <w:sz w:val="24"/>
          <w:szCs w:val="24"/>
        </w:rPr>
        <w:t xml:space="preserve"> do </w:t>
      </w:r>
      <w:proofErr w:type="spellStart"/>
      <w:r w:rsidR="006D42EB" w:rsidRPr="006D42EB">
        <w:rPr>
          <w:sz w:val="24"/>
          <w:szCs w:val="24"/>
        </w:rPr>
        <w:t>przekazania</w:t>
      </w:r>
      <w:proofErr w:type="spellEnd"/>
      <w:r w:rsidR="006D42EB" w:rsidRPr="006D42EB">
        <w:rPr>
          <w:sz w:val="24"/>
          <w:szCs w:val="24"/>
        </w:rPr>
        <w:t xml:space="preserve">, w </w:t>
      </w:r>
      <w:proofErr w:type="spellStart"/>
      <w:r w:rsidR="006D42EB" w:rsidRPr="006D42EB">
        <w:rPr>
          <w:sz w:val="24"/>
          <w:szCs w:val="24"/>
        </w:rPr>
        <w:t>terminie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wskazanym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przez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Beneficjenta</w:t>
      </w:r>
      <w:proofErr w:type="spellEnd"/>
      <w:r w:rsidR="006D42EB" w:rsidRPr="006D42EB">
        <w:rPr>
          <w:sz w:val="24"/>
          <w:szCs w:val="24"/>
        </w:rPr>
        <w:t xml:space="preserve">, </w:t>
      </w:r>
      <w:proofErr w:type="spellStart"/>
      <w:r w:rsidR="006D42EB" w:rsidRPr="006D42EB">
        <w:rPr>
          <w:sz w:val="24"/>
          <w:szCs w:val="24"/>
        </w:rPr>
        <w:t>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później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niż</w:t>
      </w:r>
      <w:proofErr w:type="spellEnd"/>
      <w:r w:rsidR="006D42EB" w:rsidRPr="006D42EB">
        <w:rPr>
          <w:sz w:val="24"/>
          <w:szCs w:val="24"/>
        </w:rPr>
        <w:t xml:space="preserve"> w </w:t>
      </w:r>
      <w:proofErr w:type="spellStart"/>
      <w:r w:rsidR="006D42EB" w:rsidRPr="006D42EB">
        <w:rPr>
          <w:sz w:val="24"/>
          <w:szCs w:val="24"/>
        </w:rPr>
        <w:t>ciągu</w:t>
      </w:r>
      <w:proofErr w:type="spellEnd"/>
      <w:r w:rsidR="006D42EB" w:rsidRPr="006D42EB">
        <w:rPr>
          <w:sz w:val="24"/>
          <w:szCs w:val="24"/>
        </w:rPr>
        <w:t xml:space="preserve"> 4 </w:t>
      </w:r>
      <w:proofErr w:type="spellStart"/>
      <w:r w:rsidR="006D42EB" w:rsidRPr="006D42EB">
        <w:rPr>
          <w:sz w:val="24"/>
          <w:szCs w:val="24"/>
        </w:rPr>
        <w:t>tygodni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od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zakończenia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mojego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udziału</w:t>
      </w:r>
      <w:proofErr w:type="spellEnd"/>
      <w:r w:rsidR="006D42EB" w:rsidRPr="006D42EB">
        <w:rPr>
          <w:sz w:val="24"/>
          <w:szCs w:val="24"/>
        </w:rPr>
        <w:t xml:space="preserve"> w </w:t>
      </w:r>
      <w:proofErr w:type="spellStart"/>
      <w:r w:rsidR="006D42EB" w:rsidRPr="006D42EB">
        <w:rPr>
          <w:sz w:val="24"/>
          <w:szCs w:val="24"/>
        </w:rPr>
        <w:t>projekcie</w:t>
      </w:r>
      <w:proofErr w:type="spellEnd"/>
      <w:r w:rsidR="006D42EB" w:rsidRPr="006D42EB">
        <w:rPr>
          <w:sz w:val="24"/>
          <w:szCs w:val="24"/>
        </w:rPr>
        <w:t xml:space="preserve">, </w:t>
      </w:r>
      <w:proofErr w:type="spellStart"/>
      <w:r w:rsidR="006D42EB" w:rsidRPr="006D42EB">
        <w:rPr>
          <w:sz w:val="24"/>
          <w:szCs w:val="24"/>
        </w:rPr>
        <w:t>informacji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niezbędnych</w:t>
      </w:r>
      <w:proofErr w:type="spellEnd"/>
      <w:r w:rsidR="006D42EB" w:rsidRPr="006D42EB">
        <w:rPr>
          <w:sz w:val="24"/>
          <w:szCs w:val="24"/>
        </w:rPr>
        <w:t xml:space="preserve"> do </w:t>
      </w:r>
      <w:proofErr w:type="spellStart"/>
      <w:r w:rsidR="006D42EB" w:rsidRPr="006D42EB">
        <w:rPr>
          <w:sz w:val="24"/>
          <w:szCs w:val="24"/>
        </w:rPr>
        <w:t>pomiaru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właściwych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dla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wskaźników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rezultatu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bezpośredniego</w:t>
      </w:r>
      <w:proofErr w:type="spellEnd"/>
      <w:r w:rsidR="006D42EB" w:rsidRPr="006D42EB">
        <w:rPr>
          <w:sz w:val="24"/>
          <w:szCs w:val="24"/>
        </w:rPr>
        <w:t xml:space="preserve">, w </w:t>
      </w:r>
      <w:proofErr w:type="spellStart"/>
      <w:r w:rsidR="006D42EB" w:rsidRPr="006D42EB">
        <w:rPr>
          <w:sz w:val="24"/>
          <w:szCs w:val="24"/>
        </w:rPr>
        <w:t>szczególności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dotyczących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2A45E0">
        <w:rPr>
          <w:sz w:val="24"/>
          <w:szCs w:val="24"/>
        </w:rPr>
        <w:t>podjęcia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kształcenia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lub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szkolenia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oraz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uzyskania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kwalifikacji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lub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kompetencji</w:t>
      </w:r>
      <w:proofErr w:type="spellEnd"/>
      <w:r w:rsidR="006D42EB" w:rsidRPr="006D42EB">
        <w:rPr>
          <w:sz w:val="24"/>
          <w:szCs w:val="24"/>
        </w:rPr>
        <w:t xml:space="preserve"> — </w:t>
      </w:r>
      <w:proofErr w:type="spellStart"/>
      <w:r w:rsidR="006D42EB" w:rsidRPr="006D42EB">
        <w:rPr>
          <w:sz w:val="24"/>
          <w:szCs w:val="24"/>
        </w:rPr>
        <w:t>jeżeli</w:t>
      </w:r>
      <w:proofErr w:type="spellEnd"/>
      <w:r w:rsidR="006D42EB" w:rsidRPr="006D42EB">
        <w:rPr>
          <w:sz w:val="24"/>
          <w:szCs w:val="24"/>
        </w:rPr>
        <w:t xml:space="preserve"> dana </w:t>
      </w:r>
      <w:proofErr w:type="spellStart"/>
      <w:r w:rsidR="006D42EB" w:rsidRPr="006D42EB">
        <w:rPr>
          <w:sz w:val="24"/>
          <w:szCs w:val="24"/>
        </w:rPr>
        <w:t>informacja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dotyczy</w:t>
      </w:r>
      <w:proofErr w:type="spellEnd"/>
      <w:r w:rsidR="006D42EB" w:rsidRPr="006D42EB">
        <w:rPr>
          <w:sz w:val="24"/>
          <w:szCs w:val="24"/>
        </w:rPr>
        <w:t>.</w:t>
      </w:r>
    </w:p>
    <w:p w14:paraId="43205079" w14:textId="77777777" w:rsidR="00E82CBD" w:rsidRDefault="00E82CBD" w:rsidP="000C3C14">
      <w:pPr>
        <w:widowControl w:val="0"/>
        <w:spacing w:line="360" w:lineRule="auto"/>
        <w:rPr>
          <w:b/>
          <w:sz w:val="24"/>
          <w:szCs w:val="24"/>
        </w:rPr>
      </w:pPr>
    </w:p>
    <w:p w14:paraId="49BC123D" w14:textId="77777777" w:rsidR="00FB0E7B" w:rsidRPr="00CF05FB" w:rsidRDefault="00787F02" w:rsidP="000C3C14">
      <w:pPr>
        <w:widowControl w:val="0"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I</w:t>
      </w:r>
      <w:r w:rsidR="00A0699C" w:rsidRPr="00CF05FB">
        <w:rPr>
          <w:rFonts w:cs="Arial"/>
          <w:b/>
          <w:sz w:val="24"/>
          <w:szCs w:val="24"/>
        </w:rPr>
        <w:t>. INFORMACJA DOTYCZĄCA KPON I KARTY PRAW PODSTAWOWYCH UE</w:t>
      </w:r>
    </w:p>
    <w:p w14:paraId="4F1497A9" w14:textId="77777777" w:rsidR="00FB0E7B" w:rsidRPr="00CF05FB" w:rsidRDefault="00A0699C" w:rsidP="000C3C14">
      <w:pPr>
        <w:widowControl w:val="0"/>
        <w:spacing w:line="360" w:lineRule="auto"/>
        <w:jc w:val="both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Uczestnik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uczestniczka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ma </w:t>
      </w:r>
      <w:proofErr w:type="spellStart"/>
      <w:r w:rsidRPr="00CF05FB">
        <w:rPr>
          <w:rFonts w:cs="Arial"/>
          <w:sz w:val="24"/>
          <w:szCs w:val="24"/>
        </w:rPr>
        <w:t>możliwość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zgłoszenia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Instytucji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Zarządzającej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programem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Fundusze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Europejskie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dla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Pomorza</w:t>
      </w:r>
      <w:proofErr w:type="spellEnd"/>
      <w:r w:rsidRPr="00CF05FB">
        <w:rPr>
          <w:rFonts w:cs="Arial"/>
          <w:sz w:val="24"/>
          <w:szCs w:val="24"/>
        </w:rPr>
        <w:t xml:space="preserve"> 2021–2027 </w:t>
      </w:r>
      <w:proofErr w:type="spellStart"/>
      <w:r w:rsidRPr="00CF05FB">
        <w:rPr>
          <w:rFonts w:cs="Arial"/>
          <w:sz w:val="24"/>
          <w:szCs w:val="24"/>
        </w:rPr>
        <w:t>podejrzenia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niezgodności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działań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Beneficjenta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postanowieniami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Konwencji</w:t>
      </w:r>
      <w:proofErr w:type="spellEnd"/>
      <w:r w:rsidRPr="00CF05FB">
        <w:rPr>
          <w:rFonts w:cs="Arial"/>
          <w:sz w:val="24"/>
          <w:szCs w:val="24"/>
        </w:rPr>
        <w:t xml:space="preserve"> o </w:t>
      </w:r>
      <w:proofErr w:type="spellStart"/>
      <w:r w:rsidRPr="00CF05FB">
        <w:rPr>
          <w:rFonts w:cs="Arial"/>
          <w:sz w:val="24"/>
          <w:szCs w:val="24"/>
        </w:rPr>
        <w:t>prawach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osób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niepełnosprawnych</w:t>
      </w:r>
      <w:proofErr w:type="spellEnd"/>
      <w:r w:rsidRPr="00CF05FB">
        <w:rPr>
          <w:rFonts w:cs="Arial"/>
          <w:sz w:val="24"/>
          <w:szCs w:val="24"/>
        </w:rPr>
        <w:t xml:space="preserve"> (KPON)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Karty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podstawowych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Unii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Europejskiej</w:t>
      </w:r>
      <w:proofErr w:type="spellEnd"/>
      <w:r w:rsidRPr="00CF05FB">
        <w:rPr>
          <w:rFonts w:cs="Arial"/>
          <w:sz w:val="24"/>
          <w:szCs w:val="24"/>
        </w:rPr>
        <w:t xml:space="preserve"> (KPP), </w:t>
      </w:r>
      <w:proofErr w:type="spellStart"/>
      <w:r w:rsidRPr="00CF05FB">
        <w:rPr>
          <w:rFonts w:cs="Arial"/>
          <w:sz w:val="24"/>
          <w:szCs w:val="24"/>
        </w:rPr>
        <w:t>zgodnie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procedurami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obowiązującymi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ramach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programu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640AFEA4" w14:textId="287881D3" w:rsidR="00FB0E7B" w:rsidRDefault="00A0699C" w:rsidP="000C3C14">
      <w:pPr>
        <w:widowControl w:val="0"/>
        <w:spacing w:line="360" w:lineRule="auto"/>
        <w:rPr>
          <w:b/>
          <w:sz w:val="24"/>
          <w:szCs w:val="24"/>
        </w:rPr>
      </w:pPr>
      <w:proofErr w:type="spellStart"/>
      <w:r>
        <w:rPr>
          <w:rFonts w:cs="Arial"/>
          <w:b/>
          <w:sz w:val="24"/>
        </w:rPr>
        <w:t>Dokumenty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rekrutacyjne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można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złożyć</w:t>
      </w:r>
      <w:proofErr w:type="spellEnd"/>
      <w:r>
        <w:rPr>
          <w:rFonts w:cs="Arial"/>
          <w:b/>
          <w:sz w:val="24"/>
        </w:rPr>
        <w:t xml:space="preserve"> w </w:t>
      </w:r>
      <w:proofErr w:type="spellStart"/>
      <w:r>
        <w:rPr>
          <w:rFonts w:cs="Arial"/>
          <w:b/>
          <w:sz w:val="24"/>
        </w:rPr>
        <w:t>formie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papierowej</w:t>
      </w:r>
      <w:proofErr w:type="spellEnd"/>
      <w:r>
        <w:rPr>
          <w:rFonts w:cs="Arial"/>
          <w:b/>
          <w:sz w:val="24"/>
        </w:rPr>
        <w:t xml:space="preserve"> w OWP </w:t>
      </w:r>
      <w:proofErr w:type="spellStart"/>
      <w:r>
        <w:rPr>
          <w:rFonts w:cs="Arial"/>
          <w:b/>
          <w:sz w:val="24"/>
        </w:rPr>
        <w:t>objętym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projektem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lub</w:t>
      </w:r>
      <w:proofErr w:type="spellEnd"/>
      <w:r>
        <w:rPr>
          <w:rFonts w:cs="Arial"/>
          <w:b/>
          <w:sz w:val="24"/>
        </w:rPr>
        <w:t xml:space="preserve"> w </w:t>
      </w:r>
      <w:proofErr w:type="spellStart"/>
      <w:r>
        <w:rPr>
          <w:rFonts w:cs="Arial"/>
          <w:b/>
          <w:sz w:val="24"/>
        </w:rPr>
        <w:t>Urzędzie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Gminy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Parchowo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albo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drogą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elektroniczną</w:t>
      </w:r>
      <w:proofErr w:type="spellEnd"/>
      <w:r>
        <w:rPr>
          <w:rFonts w:cs="Arial"/>
          <w:b/>
          <w:sz w:val="24"/>
        </w:rPr>
        <w:t xml:space="preserve"> – w </w:t>
      </w:r>
      <w:proofErr w:type="spellStart"/>
      <w:r>
        <w:rPr>
          <w:rFonts w:cs="Arial"/>
          <w:b/>
          <w:sz w:val="24"/>
        </w:rPr>
        <w:t>postaci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skanu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podpisanej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i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opatrzonej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datą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dokumentacji</w:t>
      </w:r>
      <w:proofErr w:type="spellEnd"/>
      <w:r>
        <w:rPr>
          <w:rFonts w:cs="Arial"/>
          <w:b/>
          <w:sz w:val="24"/>
        </w:rPr>
        <w:t xml:space="preserve"> – </w:t>
      </w:r>
      <w:proofErr w:type="spellStart"/>
      <w:r>
        <w:rPr>
          <w:rFonts w:cs="Arial"/>
          <w:b/>
          <w:sz w:val="24"/>
        </w:rPr>
        <w:t>na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adres</w:t>
      </w:r>
      <w:proofErr w:type="spellEnd"/>
      <w:r>
        <w:rPr>
          <w:rFonts w:cs="Arial"/>
          <w:b/>
          <w:sz w:val="24"/>
        </w:rPr>
        <w:t xml:space="preserve"> e-mail </w:t>
      </w:r>
      <w:proofErr w:type="spellStart"/>
      <w:r>
        <w:rPr>
          <w:rFonts w:cs="Arial"/>
          <w:b/>
          <w:sz w:val="24"/>
        </w:rPr>
        <w:t>Gminy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Parchowo</w:t>
      </w:r>
      <w:proofErr w:type="spellEnd"/>
      <w:r>
        <w:rPr>
          <w:rFonts w:cs="Arial"/>
          <w:b/>
          <w:sz w:val="24"/>
        </w:rPr>
        <w:t>: gmina@parchowo.pl.</w:t>
      </w:r>
    </w:p>
    <w:p w14:paraId="0FE3609B" w14:textId="77777777" w:rsidR="00E06B6B" w:rsidRDefault="00E06B6B" w:rsidP="00567002">
      <w:pPr>
        <w:keepLines/>
        <w:spacing w:line="360" w:lineRule="auto"/>
        <w:rPr>
          <w:rFonts w:cs="Arial"/>
          <w:i/>
          <w:sz w:val="24"/>
        </w:rPr>
      </w:pPr>
    </w:p>
    <w:p w14:paraId="444AE400" w14:textId="77777777" w:rsidR="00E06B6B" w:rsidRDefault="00A0699C" w:rsidP="00567002">
      <w:pPr>
        <w:keepLines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i/>
          <w:sz w:val="24"/>
        </w:rPr>
        <w:t>Potwierdzam</w:t>
      </w:r>
      <w:proofErr w:type="spellEnd"/>
      <w:r>
        <w:rPr>
          <w:rFonts w:cs="Arial"/>
          <w:i/>
          <w:sz w:val="24"/>
        </w:rPr>
        <w:t xml:space="preserve">, </w:t>
      </w:r>
      <w:proofErr w:type="spellStart"/>
      <w:r>
        <w:rPr>
          <w:rFonts w:cs="Arial"/>
          <w:i/>
          <w:sz w:val="24"/>
        </w:rPr>
        <w:t>że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wszystkie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oświadczenia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zgody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zawarte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formularzu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składam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dniu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wskazanym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poniżej</w:t>
      </w:r>
      <w:proofErr w:type="spellEnd"/>
      <w:r>
        <w:rPr>
          <w:rFonts w:cs="Arial"/>
          <w:i/>
          <w:sz w:val="24"/>
        </w:rPr>
        <w:t>.</w:t>
      </w:r>
      <w:r>
        <w:rPr>
          <w:rFonts w:cs="Arial"/>
          <w:sz w:val="24"/>
        </w:rPr>
        <w:br/>
      </w:r>
      <w:proofErr w:type="spellStart"/>
      <w:r>
        <w:rPr>
          <w:rFonts w:cs="Arial"/>
          <w:sz w:val="24"/>
        </w:rPr>
        <w:t>Miejscowość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data </w:t>
      </w:r>
      <w:proofErr w:type="spellStart"/>
      <w:r>
        <w:rPr>
          <w:rFonts w:cs="Arial"/>
          <w:sz w:val="24"/>
        </w:rPr>
        <w:t>wypełnienia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oraz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podpisania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formularza</w:t>
      </w:r>
      <w:proofErr w:type="spellEnd"/>
      <w:r>
        <w:rPr>
          <w:rFonts w:cs="Arial"/>
          <w:sz w:val="24"/>
        </w:rPr>
        <w:t xml:space="preserve">: </w:t>
      </w:r>
    </w:p>
    <w:p w14:paraId="5DB01172" w14:textId="77777777" w:rsidR="00E06B6B" w:rsidRDefault="00E06B6B" w:rsidP="00567002">
      <w:pPr>
        <w:keepLines/>
        <w:spacing w:line="360" w:lineRule="auto"/>
        <w:rPr>
          <w:rFonts w:cs="Arial"/>
          <w:sz w:val="24"/>
        </w:rPr>
      </w:pPr>
    </w:p>
    <w:p w14:paraId="24A493F9" w14:textId="77777777" w:rsidR="00E06B6B" w:rsidRDefault="00A0699C" w:rsidP="00567002">
      <w:pPr>
        <w:keepLines/>
        <w:spacing w:line="360" w:lineRule="auto"/>
        <w:rPr>
          <w:rFonts w:cs="Arial"/>
          <w:sz w:val="24"/>
        </w:rPr>
      </w:pPr>
      <w:r>
        <w:rPr>
          <w:rFonts w:cs="Arial"/>
          <w:sz w:val="24"/>
        </w:rPr>
        <w:t>........................................................................</w:t>
      </w:r>
      <w:r>
        <w:rPr>
          <w:rFonts w:cs="Arial"/>
          <w:sz w:val="24"/>
        </w:rPr>
        <w:br/>
      </w:r>
    </w:p>
    <w:p w14:paraId="14D7C806" w14:textId="469A3308" w:rsidR="00FB0E7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cs="Arial"/>
          <w:sz w:val="24"/>
        </w:rPr>
        <w:br/>
        <w:t>............................................................</w:t>
      </w:r>
      <w:r>
        <w:rPr>
          <w:rFonts w:cs="Arial"/>
          <w:sz w:val="24"/>
        </w:rPr>
        <w:br/>
      </w:r>
      <w:proofErr w:type="spellStart"/>
      <w:r>
        <w:rPr>
          <w:rFonts w:cs="Arial"/>
          <w:sz w:val="24"/>
        </w:rPr>
        <w:t>Czytelny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nauczyciela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nauczycielki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składającego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formularz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oświadczenia</w:t>
      </w:r>
      <w:proofErr w:type="spellEnd"/>
    </w:p>
    <w:p w14:paraId="35215DFB" w14:textId="77777777" w:rsidR="00787F02" w:rsidRPr="00CF05FB" w:rsidRDefault="007F29A9" w:rsidP="00567002">
      <w:pPr>
        <w:keepNext/>
        <w:pageBreakBefore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J. </w:t>
      </w:r>
      <w:r w:rsidR="00787F02" w:rsidRPr="00CF05FB">
        <w:rPr>
          <w:rFonts w:cs="Arial"/>
          <w:b/>
          <w:sz w:val="24"/>
          <w:szCs w:val="24"/>
        </w:rPr>
        <w:t>ZAŚWIADCZENIE I REKOMENDACJA DYREKTORA OWP</w:t>
      </w:r>
      <w:r>
        <w:rPr>
          <w:rFonts w:cs="Arial"/>
          <w:b/>
          <w:sz w:val="24"/>
          <w:szCs w:val="24"/>
        </w:rPr>
        <w:t xml:space="preserve"> - </w:t>
      </w:r>
      <w:r w:rsidRPr="006B6F67">
        <w:rPr>
          <w:rFonts w:cs="Arial"/>
          <w:b/>
          <w:sz w:val="24"/>
          <w:szCs w:val="24"/>
        </w:rPr>
        <w:t>CZĘŚĆ WYPEŁNIA DYREKTOR OWP</w:t>
      </w:r>
    </w:p>
    <w:p w14:paraId="5C1F2AD1" w14:textId="77777777" w:rsidR="00787F02" w:rsidRDefault="00787F02" w:rsidP="00567002">
      <w:pPr>
        <w:spacing w:line="360" w:lineRule="auto"/>
        <w:rPr>
          <w:i/>
          <w:sz w:val="24"/>
          <w:szCs w:val="24"/>
        </w:rPr>
      </w:pPr>
      <w:proofErr w:type="spellStart"/>
      <w:r>
        <w:rPr>
          <w:rFonts w:cs="Arial"/>
          <w:i/>
          <w:sz w:val="24"/>
        </w:rPr>
        <w:t>Poniższa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część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stanowi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opatrzone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datą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podpisem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zaświadczenie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oraz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rekomendację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dyrektora</w:t>
      </w:r>
      <w:proofErr w:type="spellEnd"/>
      <w:r>
        <w:rPr>
          <w:rFonts w:cs="Arial"/>
          <w:i/>
          <w:sz w:val="24"/>
        </w:rPr>
        <w:t xml:space="preserve"> OWP, </w:t>
      </w:r>
      <w:proofErr w:type="spellStart"/>
      <w:r>
        <w:rPr>
          <w:rFonts w:cs="Arial"/>
          <w:i/>
          <w:sz w:val="24"/>
        </w:rPr>
        <w:t>potwierdzające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spełnienie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warunków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udziału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wskazanych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Regulaminie</w:t>
      </w:r>
      <w:proofErr w:type="spellEnd"/>
      <w:r>
        <w:rPr>
          <w:rFonts w:cs="Arial"/>
          <w:i/>
          <w:sz w:val="24"/>
        </w:rPr>
        <w:t>.</w:t>
      </w:r>
    </w:p>
    <w:p w14:paraId="381AD135" w14:textId="77777777" w:rsidR="00A63DFD" w:rsidRDefault="00A63DFD" w:rsidP="00567002">
      <w:pPr>
        <w:spacing w:line="360" w:lineRule="auto"/>
        <w:rPr>
          <w:rFonts w:cs="Arial"/>
          <w:sz w:val="24"/>
          <w:szCs w:val="24"/>
        </w:rPr>
      </w:pPr>
    </w:p>
    <w:p w14:paraId="32BA7C74" w14:textId="029C0FE7" w:rsidR="007C7D6D" w:rsidRPr="007C7D6D" w:rsidRDefault="007C7D6D" w:rsidP="00567002">
      <w:pPr>
        <w:spacing w:line="360" w:lineRule="auto"/>
        <w:rPr>
          <w:sz w:val="24"/>
          <w:szCs w:val="24"/>
        </w:rPr>
      </w:pPr>
      <w:proofErr w:type="spellStart"/>
      <w:r w:rsidRPr="007C7D6D">
        <w:rPr>
          <w:rFonts w:cs="Arial"/>
          <w:sz w:val="24"/>
          <w:szCs w:val="24"/>
        </w:rPr>
        <w:t>Imię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i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nazwisko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nauczyciela</w:t>
      </w:r>
      <w:proofErr w:type="spellEnd"/>
      <w:r w:rsidRPr="007C7D6D">
        <w:rPr>
          <w:rFonts w:cs="Arial"/>
          <w:sz w:val="24"/>
          <w:szCs w:val="24"/>
        </w:rPr>
        <w:t>/</w:t>
      </w:r>
      <w:proofErr w:type="spellStart"/>
      <w:r w:rsidRPr="007C7D6D">
        <w:rPr>
          <w:rFonts w:cs="Arial"/>
          <w:sz w:val="24"/>
          <w:szCs w:val="24"/>
        </w:rPr>
        <w:t>nauczycielki</w:t>
      </w:r>
      <w:proofErr w:type="spellEnd"/>
      <w:r w:rsidRPr="007C7D6D">
        <w:rPr>
          <w:rFonts w:cs="Arial"/>
          <w:sz w:val="24"/>
          <w:szCs w:val="24"/>
        </w:rPr>
        <w:t>: ................................................</w:t>
      </w:r>
    </w:p>
    <w:p w14:paraId="74638255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288BE82C" w14:textId="77777777" w:rsidR="00DC12D5" w:rsidRDefault="00787F02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Potwierdzam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wskazany</w:t>
      </w:r>
      <w:proofErr w:type="spellEnd"/>
      <w:r w:rsidRPr="00CF05FB">
        <w:rPr>
          <w:rFonts w:cs="Arial"/>
          <w:sz w:val="24"/>
          <w:szCs w:val="24"/>
        </w:rPr>
        <w:t xml:space="preserve">/a </w:t>
      </w:r>
      <w:proofErr w:type="spellStart"/>
      <w:r w:rsidRPr="00CF05FB">
        <w:rPr>
          <w:rFonts w:cs="Arial"/>
          <w:sz w:val="24"/>
          <w:szCs w:val="24"/>
        </w:rPr>
        <w:t>nauczyciel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nauczycielka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1A56AC0A" w14:textId="77777777" w:rsidR="00787F02" w:rsidRPr="00CF05FB" w:rsidRDefault="00DC12D5" w:rsidP="00567002">
      <w:pPr>
        <w:spacing w:line="360" w:lineRule="auto"/>
        <w:rPr>
          <w:sz w:val="24"/>
          <w:szCs w:val="24"/>
        </w:rPr>
      </w:pPr>
      <w:r>
        <w:rPr>
          <w:rFonts w:cs="Arial"/>
          <w:sz w:val="24"/>
          <w:szCs w:val="24"/>
        </w:rPr>
        <w:t>J</w:t>
      </w:r>
      <w:r w:rsidR="00787F02" w:rsidRPr="00CF05FB">
        <w:rPr>
          <w:rFonts w:cs="Arial"/>
          <w:sz w:val="24"/>
          <w:szCs w:val="24"/>
        </w:rPr>
        <w:t xml:space="preserve">est </w:t>
      </w:r>
      <w:proofErr w:type="spellStart"/>
      <w:r w:rsidR="00787F02" w:rsidRPr="00CF05FB">
        <w:rPr>
          <w:rFonts w:cs="Arial"/>
          <w:sz w:val="24"/>
          <w:szCs w:val="24"/>
        </w:rPr>
        <w:t>zatrudniony</w:t>
      </w:r>
      <w:proofErr w:type="spellEnd"/>
      <w:r w:rsidR="00787F02" w:rsidRPr="00CF05FB">
        <w:rPr>
          <w:rFonts w:cs="Arial"/>
          <w:sz w:val="24"/>
          <w:szCs w:val="24"/>
        </w:rPr>
        <w:t xml:space="preserve">/a w OWP </w:t>
      </w:r>
      <w:proofErr w:type="spellStart"/>
      <w:r w:rsidR="00787F02" w:rsidRPr="00CF05FB">
        <w:rPr>
          <w:rFonts w:cs="Arial"/>
          <w:sz w:val="24"/>
          <w:szCs w:val="24"/>
        </w:rPr>
        <w:t>objętym</w:t>
      </w:r>
      <w:proofErr w:type="spellEnd"/>
      <w:r w:rsidR="00787F02" w:rsidRPr="00CF05FB">
        <w:rPr>
          <w:rFonts w:cs="Arial"/>
          <w:sz w:val="24"/>
          <w:szCs w:val="24"/>
        </w:rPr>
        <w:t xml:space="preserve"> </w:t>
      </w:r>
      <w:proofErr w:type="spellStart"/>
      <w:r w:rsidR="00787F02" w:rsidRPr="00CF05FB">
        <w:rPr>
          <w:rFonts w:cs="Arial"/>
          <w:sz w:val="24"/>
          <w:szCs w:val="24"/>
        </w:rPr>
        <w:t>projektem</w:t>
      </w:r>
      <w:proofErr w:type="spellEnd"/>
      <w:r>
        <w:rPr>
          <w:rFonts w:cs="Arial"/>
          <w:sz w:val="24"/>
          <w:szCs w:val="24"/>
        </w:rPr>
        <w:t xml:space="preserve">: </w:t>
      </w:r>
      <w:r w:rsidRPr="00CF05FB">
        <w:rPr>
          <w:rFonts w:cs="Arial"/>
          <w:sz w:val="24"/>
          <w:szCs w:val="24"/>
        </w:rPr>
        <w:t>☐ TAK   ☐ NIE</w:t>
      </w:r>
    </w:p>
    <w:p w14:paraId="0A12BD20" w14:textId="77777777" w:rsidR="00787F02" w:rsidRPr="00CF05FB" w:rsidRDefault="00DC12D5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Posiada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zakresie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pracy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o </w:t>
      </w:r>
      <w:proofErr w:type="spellStart"/>
      <w:r>
        <w:rPr>
          <w:rFonts w:cs="Arial"/>
          <w:sz w:val="24"/>
        </w:rPr>
        <w:t>zdiagnozowanych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potrzebach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rozwojowych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0BEE1EAA" w14:textId="77777777" w:rsidR="00787F02" w:rsidRPr="00CF05FB" w:rsidRDefault="00657BB1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Pracuje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posiadającymi</w:t>
      </w:r>
      <w:proofErr w:type="spellEnd"/>
      <w:r>
        <w:rPr>
          <w:rFonts w:cs="Arial"/>
          <w:sz w:val="24"/>
        </w:rPr>
        <w:t xml:space="preserve"> OPKS </w:t>
      </w:r>
      <w:proofErr w:type="spellStart"/>
      <w:r>
        <w:rPr>
          <w:rFonts w:cs="Arial"/>
          <w:sz w:val="24"/>
        </w:rPr>
        <w:t>lub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inne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trudności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rozwojowe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491B0F69" w14:textId="77777777" w:rsidR="00787F02" w:rsidRPr="00CF05FB" w:rsidRDefault="00657BB1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Rekomenduję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jego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jej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udział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szkoleniu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szkoleniach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względu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zakresie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pracy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objętymi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2E2B1D11" w14:textId="77777777" w:rsidR="00A54D38" w:rsidRDefault="00A10BE3">
      <w:pPr>
        <w:keepLines/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Potwierdzam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rekomendowana</w:t>
      </w:r>
      <w:proofErr w:type="spellEnd"/>
      <w:r>
        <w:rPr>
          <w:rFonts w:cs="Arial"/>
          <w:sz w:val="24"/>
        </w:rPr>
        <w:t xml:space="preserve"> forma </w:t>
      </w:r>
      <w:proofErr w:type="spellStart"/>
      <w:r>
        <w:rPr>
          <w:rFonts w:cs="Arial"/>
          <w:sz w:val="24"/>
        </w:rPr>
        <w:t>lub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formy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odpowiadają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zakresowi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wykonywanych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przez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nauczyciela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nauczycielkę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obowiązków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oraz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zdiagnozowanej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>:  ☐ TAK   ☐ NIE</w:t>
      </w:r>
    </w:p>
    <w:p w14:paraId="4706DA8F" w14:textId="77777777" w:rsidR="00657BB1" w:rsidRDefault="00657BB1" w:rsidP="00567002">
      <w:pPr>
        <w:spacing w:line="360" w:lineRule="auto"/>
        <w:rPr>
          <w:b/>
          <w:sz w:val="24"/>
          <w:szCs w:val="24"/>
        </w:rPr>
      </w:pPr>
    </w:p>
    <w:p w14:paraId="6CFB816E" w14:textId="77777777" w:rsidR="00787F02" w:rsidRPr="00CF05FB" w:rsidRDefault="00787F02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b/>
          <w:sz w:val="24"/>
          <w:szCs w:val="24"/>
        </w:rPr>
        <w:t>Rekomendowane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formy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wsparcia</w:t>
      </w:r>
      <w:proofErr w:type="spellEnd"/>
      <w:r w:rsidRPr="00CF05FB">
        <w:rPr>
          <w:rFonts w:cs="Arial"/>
          <w:b/>
          <w:sz w:val="24"/>
          <w:szCs w:val="24"/>
        </w:rPr>
        <w:t xml:space="preserve"> (</w:t>
      </w:r>
      <w:proofErr w:type="spellStart"/>
      <w:r w:rsidRPr="00CF05FB">
        <w:rPr>
          <w:rFonts w:cs="Arial"/>
          <w:b/>
          <w:sz w:val="24"/>
          <w:szCs w:val="24"/>
        </w:rPr>
        <w:t>można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zaznaczyć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więcej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niż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jedną</w:t>
      </w:r>
      <w:proofErr w:type="spellEnd"/>
      <w:r w:rsidRPr="00CF05FB">
        <w:rPr>
          <w:rFonts w:cs="Arial"/>
          <w:b/>
          <w:sz w:val="24"/>
          <w:szCs w:val="24"/>
        </w:rPr>
        <w:t>):</w:t>
      </w:r>
    </w:p>
    <w:p w14:paraId="07A13EDE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szkolenie: rozwijanie u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matematyczno-logicznych</w:t>
      </w:r>
      <w:proofErr w:type="spellEnd"/>
    </w:p>
    <w:p w14:paraId="4FF57F53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szkolenie: </w:t>
      </w:r>
      <w:proofErr w:type="spellStart"/>
      <w:r w:rsidRPr="00CF05FB">
        <w:rPr>
          <w:rFonts w:cs="Arial"/>
          <w:sz w:val="24"/>
          <w:szCs w:val="24"/>
        </w:rPr>
        <w:t>rozwijanie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sprawności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manualnej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1822613B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szkolenie: rozwijanie kompetencji </w:t>
      </w:r>
      <w:proofErr w:type="spellStart"/>
      <w:r w:rsidRPr="00CF05FB">
        <w:rPr>
          <w:rFonts w:cs="Arial"/>
          <w:sz w:val="24"/>
          <w:szCs w:val="24"/>
        </w:rPr>
        <w:t>społecznych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emocjonalnych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79F8D23F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studia podyplomowe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integracji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sensorycznej</w:t>
      </w:r>
      <w:proofErr w:type="spellEnd"/>
    </w:p>
    <w:p w14:paraId="59A6B578" w14:textId="77777777" w:rsidR="00A54D38" w:rsidRDefault="00A10BE3">
      <w:pPr>
        <w:keepLines/>
        <w:pageBreakBefore/>
        <w:spacing w:line="360" w:lineRule="auto"/>
        <w:rPr>
          <w:sz w:val="24"/>
          <w:szCs w:val="24"/>
        </w:rPr>
      </w:pPr>
      <w:proofErr w:type="spellStart"/>
      <w:r>
        <w:rPr>
          <w:rFonts w:cs="Arial"/>
          <w:i/>
          <w:sz w:val="24"/>
        </w:rPr>
        <w:lastRenderedPageBreak/>
        <w:t>Zaświadczenie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rekomendacja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dyrektora</w:t>
      </w:r>
      <w:proofErr w:type="spellEnd"/>
      <w:r>
        <w:rPr>
          <w:rFonts w:cs="Arial"/>
          <w:i/>
          <w:sz w:val="24"/>
        </w:rPr>
        <w:t xml:space="preserve"> OWP </w:t>
      </w:r>
      <w:proofErr w:type="spellStart"/>
      <w:r>
        <w:rPr>
          <w:rFonts w:cs="Arial"/>
          <w:i/>
          <w:sz w:val="24"/>
        </w:rPr>
        <w:t>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stanowią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decyzji</w:t>
      </w:r>
      <w:proofErr w:type="spellEnd"/>
      <w:r>
        <w:rPr>
          <w:rFonts w:cs="Arial"/>
          <w:i/>
          <w:sz w:val="24"/>
        </w:rPr>
        <w:t xml:space="preserve"> o </w:t>
      </w:r>
      <w:proofErr w:type="spellStart"/>
      <w:r>
        <w:rPr>
          <w:rFonts w:cs="Arial"/>
          <w:i/>
          <w:sz w:val="24"/>
        </w:rPr>
        <w:t>zakwalifikowaniu</w:t>
      </w:r>
      <w:proofErr w:type="spellEnd"/>
      <w:r>
        <w:rPr>
          <w:rFonts w:cs="Arial"/>
          <w:i/>
          <w:sz w:val="24"/>
        </w:rPr>
        <w:t xml:space="preserve">. </w:t>
      </w:r>
      <w:proofErr w:type="spellStart"/>
      <w:r>
        <w:rPr>
          <w:rFonts w:cs="Arial"/>
          <w:i/>
          <w:sz w:val="24"/>
        </w:rPr>
        <w:t>Oceny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kryteriów</w:t>
      </w:r>
      <w:proofErr w:type="spellEnd"/>
      <w:r>
        <w:rPr>
          <w:rFonts w:cs="Arial"/>
          <w:i/>
          <w:sz w:val="24"/>
        </w:rPr>
        <w:t xml:space="preserve">, </w:t>
      </w:r>
      <w:proofErr w:type="spellStart"/>
      <w:r>
        <w:rPr>
          <w:rFonts w:cs="Arial"/>
          <w:i/>
          <w:sz w:val="24"/>
        </w:rPr>
        <w:t>punktów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kwalifikacji</w:t>
      </w:r>
      <w:proofErr w:type="spellEnd"/>
      <w:r>
        <w:rPr>
          <w:rFonts w:cs="Arial"/>
          <w:i/>
          <w:sz w:val="24"/>
        </w:rPr>
        <w:t xml:space="preserve"> do </w:t>
      </w:r>
      <w:proofErr w:type="spellStart"/>
      <w:r>
        <w:rPr>
          <w:rFonts w:cs="Arial"/>
          <w:i/>
          <w:sz w:val="24"/>
        </w:rPr>
        <w:t>szkoleń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lub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studiów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dokonuje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Komisja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Rekrutacyjna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protokole</w:t>
      </w:r>
      <w:proofErr w:type="spellEnd"/>
      <w:r>
        <w:rPr>
          <w:rFonts w:cs="Arial"/>
          <w:i/>
          <w:sz w:val="24"/>
        </w:rPr>
        <w:t>.</w:t>
      </w:r>
    </w:p>
    <w:p w14:paraId="6B8C9CB9" w14:textId="77777777" w:rsidR="00787F02" w:rsidRPr="00CF05FB" w:rsidRDefault="00787F02" w:rsidP="00567002">
      <w:pPr>
        <w:spacing w:line="360" w:lineRule="auto"/>
        <w:rPr>
          <w:sz w:val="24"/>
          <w:szCs w:val="24"/>
        </w:rPr>
      </w:pPr>
    </w:p>
    <w:p w14:paraId="4F3B237B" w14:textId="77777777" w:rsidR="00A63DFD" w:rsidRDefault="00E82CBD" w:rsidP="00E82CBD">
      <w:pPr>
        <w:keepNext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sz w:val="24"/>
        </w:rPr>
        <w:t>Miejscowość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data </w:t>
      </w:r>
      <w:proofErr w:type="spellStart"/>
      <w:r>
        <w:rPr>
          <w:rFonts w:cs="Arial"/>
          <w:sz w:val="24"/>
        </w:rPr>
        <w:t>sporządzenia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zaświadczenia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rekomendacji</w:t>
      </w:r>
      <w:proofErr w:type="spellEnd"/>
      <w:r>
        <w:rPr>
          <w:rFonts w:cs="Arial"/>
          <w:sz w:val="24"/>
        </w:rPr>
        <w:t xml:space="preserve">: </w:t>
      </w:r>
    </w:p>
    <w:p w14:paraId="1637008F" w14:textId="77777777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0C656723" w14:textId="580B4690" w:rsidR="00E82CBD" w:rsidRDefault="00E82CBD" w:rsidP="00E82CBD">
      <w:pPr>
        <w:keepNext/>
        <w:spacing w:line="360" w:lineRule="auto"/>
        <w:rPr>
          <w:rFonts w:cs="Arial"/>
          <w:sz w:val="24"/>
        </w:rPr>
      </w:pPr>
      <w:r>
        <w:rPr>
          <w:rFonts w:cs="Arial"/>
          <w:sz w:val="24"/>
        </w:rPr>
        <w:t>............................................................</w:t>
      </w:r>
    </w:p>
    <w:p w14:paraId="439EEC69" w14:textId="77777777" w:rsidR="000C3C14" w:rsidRDefault="000C3C14" w:rsidP="00E82CBD">
      <w:pPr>
        <w:keepNext/>
        <w:spacing w:line="360" w:lineRule="auto"/>
        <w:rPr>
          <w:sz w:val="24"/>
          <w:szCs w:val="24"/>
        </w:rPr>
      </w:pPr>
    </w:p>
    <w:p w14:paraId="29325BFE" w14:textId="571D3BA6" w:rsidR="00E82CBD" w:rsidRDefault="00E82CBD" w:rsidP="00E82CBD">
      <w:pPr>
        <w:keepNext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sz w:val="24"/>
        </w:rPr>
        <w:t>Imię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nazwisko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dyrektora</w:t>
      </w:r>
      <w:proofErr w:type="spellEnd"/>
      <w:r>
        <w:rPr>
          <w:rFonts w:cs="Arial"/>
          <w:sz w:val="24"/>
        </w:rPr>
        <w:t xml:space="preserve"> OWP: ............................................................</w:t>
      </w:r>
    </w:p>
    <w:p w14:paraId="17863702" w14:textId="12F90A31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48C56C3E" w14:textId="77777777" w:rsidR="00A63DFD" w:rsidRPr="00E82CBD" w:rsidRDefault="00A63DFD" w:rsidP="00E82CBD">
      <w:pPr>
        <w:keepNext/>
        <w:spacing w:line="360" w:lineRule="auto"/>
        <w:rPr>
          <w:sz w:val="24"/>
          <w:szCs w:val="24"/>
        </w:rPr>
      </w:pPr>
    </w:p>
    <w:p w14:paraId="0BFFF48C" w14:textId="77777777" w:rsidR="00A54D38" w:rsidRDefault="00A10BE3">
      <w:pPr>
        <w:keepLines/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Czytelny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dyrektora</w:t>
      </w:r>
      <w:proofErr w:type="spellEnd"/>
      <w:r>
        <w:rPr>
          <w:rFonts w:cs="Arial"/>
          <w:sz w:val="24"/>
        </w:rPr>
        <w:t xml:space="preserve"> OWP: ............................................................</w:t>
      </w:r>
    </w:p>
    <w:sectPr w:rsidR="00A54D38" w:rsidSect="00034616">
      <w:headerReference w:type="default" r:id="rId8"/>
      <w:footerReference w:type="default" r:id="rId9"/>
      <w:pgSz w:w="12240" w:h="15840"/>
      <w:pgMar w:top="907" w:right="1077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347D5" w14:textId="77777777" w:rsidR="004B220F" w:rsidRDefault="004B220F">
      <w:pPr>
        <w:spacing w:line="240" w:lineRule="auto"/>
      </w:pPr>
      <w:r>
        <w:separator/>
      </w:r>
    </w:p>
  </w:endnote>
  <w:endnote w:type="continuationSeparator" w:id="0">
    <w:p w14:paraId="1CD8B9EB" w14:textId="77777777" w:rsidR="004B220F" w:rsidRDefault="004B22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20"/>
      </w:rPr>
      <w:id w:val="-9190978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sz w:val="16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2A1075C8" w14:textId="4C43EB06" w:rsidR="003B6373" w:rsidRPr="003B6373" w:rsidRDefault="003B6373">
            <w:pPr>
              <w:pStyle w:val="Stopka"/>
              <w:jc w:val="right"/>
              <w:rPr>
                <w:sz w:val="22"/>
              </w:rPr>
            </w:pPr>
            <w:r w:rsidRPr="003B6373">
              <w:rPr>
                <w:sz w:val="22"/>
                <w:lang w:val="pl-PL"/>
              </w:rPr>
              <w:t xml:space="preserve">Strona </w:t>
            </w:r>
            <w:r w:rsidRPr="003B6373">
              <w:rPr>
                <w:b/>
                <w:bCs/>
                <w:sz w:val="22"/>
              </w:rPr>
              <w:fldChar w:fldCharType="begin"/>
            </w:r>
            <w:r w:rsidRPr="003B6373">
              <w:rPr>
                <w:b/>
                <w:bCs/>
                <w:sz w:val="22"/>
              </w:rPr>
              <w:instrText>PAGE</w:instrText>
            </w:r>
            <w:r w:rsidRPr="003B6373">
              <w:rPr>
                <w:b/>
                <w:bCs/>
                <w:sz w:val="22"/>
              </w:rPr>
              <w:fldChar w:fldCharType="separate"/>
            </w:r>
            <w:r w:rsidRPr="003B6373">
              <w:rPr>
                <w:b/>
                <w:bCs/>
                <w:sz w:val="22"/>
                <w:lang w:val="pl-PL"/>
              </w:rPr>
              <w:t>2</w:t>
            </w:r>
            <w:r w:rsidRPr="003B6373">
              <w:rPr>
                <w:b/>
                <w:bCs/>
                <w:sz w:val="22"/>
              </w:rPr>
              <w:fldChar w:fldCharType="end"/>
            </w:r>
            <w:r w:rsidRPr="003B6373">
              <w:rPr>
                <w:sz w:val="22"/>
                <w:lang w:val="pl-PL"/>
              </w:rPr>
              <w:t xml:space="preserve"> z </w:t>
            </w:r>
            <w:r w:rsidRPr="003B6373">
              <w:rPr>
                <w:b/>
                <w:bCs/>
                <w:sz w:val="22"/>
              </w:rPr>
              <w:fldChar w:fldCharType="begin"/>
            </w:r>
            <w:r w:rsidRPr="003B6373">
              <w:rPr>
                <w:b/>
                <w:bCs/>
                <w:sz w:val="22"/>
              </w:rPr>
              <w:instrText>NUMPAGES</w:instrText>
            </w:r>
            <w:r w:rsidRPr="003B6373">
              <w:rPr>
                <w:b/>
                <w:bCs/>
                <w:sz w:val="22"/>
              </w:rPr>
              <w:fldChar w:fldCharType="separate"/>
            </w:r>
            <w:r w:rsidRPr="003B6373">
              <w:rPr>
                <w:b/>
                <w:bCs/>
                <w:sz w:val="22"/>
                <w:lang w:val="pl-PL"/>
              </w:rPr>
              <w:t>2</w:t>
            </w:r>
            <w:r w:rsidRPr="003B6373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0CF43950" w14:textId="31F2CCFB" w:rsidR="00567002" w:rsidRPr="003B6373" w:rsidRDefault="003B6373" w:rsidP="003B6373">
    <w:pPr>
      <w:pStyle w:val="Stopka"/>
      <w:jc w:val="center"/>
      <w:rPr>
        <w:sz w:val="24"/>
        <w:szCs w:val="24"/>
      </w:rPr>
    </w:pPr>
    <w:bookmarkStart w:id="0" w:name="_Hlk240135639"/>
    <w:bookmarkStart w:id="1" w:name="_Hlk240135640"/>
    <w:proofErr w:type="spellStart"/>
    <w:r w:rsidRPr="003B6373">
      <w:rPr>
        <w:sz w:val="24"/>
        <w:szCs w:val="24"/>
      </w:rPr>
      <w:t>Fundusze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Europejskie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dla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Pomorza</w:t>
    </w:r>
    <w:proofErr w:type="spellEnd"/>
    <w:r w:rsidRPr="003B6373">
      <w:rPr>
        <w:sz w:val="24"/>
        <w:szCs w:val="24"/>
      </w:rPr>
      <w:t xml:space="preserve"> 2021-2027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1D9EB" w14:textId="77777777" w:rsidR="004B220F" w:rsidRDefault="004B220F">
      <w:pPr>
        <w:spacing w:line="240" w:lineRule="auto"/>
      </w:pPr>
      <w:r>
        <w:separator/>
      </w:r>
    </w:p>
  </w:footnote>
  <w:footnote w:type="continuationSeparator" w:id="0">
    <w:p w14:paraId="2CA44EE2" w14:textId="77777777" w:rsidR="004B220F" w:rsidRDefault="004B22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2594" w14:textId="77777777" w:rsidR="00567002" w:rsidRDefault="00567002">
    <w:pPr>
      <w:pStyle w:val="Nagwek"/>
    </w:pPr>
    <w:r>
      <w:rPr>
        <w:noProof/>
      </w:rPr>
      <w:drawing>
        <wp:inline distT="0" distB="0" distL="0" distR="0" wp14:anchorId="3061E5ED" wp14:editId="36BE819A">
          <wp:extent cx="6052782" cy="669925"/>
          <wp:effectExtent l="0" t="0" r="0" b="0"/>
          <wp:docPr id="3" name="Obraz 3" descr="Logotypy Funduszy Europejskich dla Pomorza, Unii Europejskiej i Urzędu Marszałkowskiego Województwa Pomorskiego" title="Logotypy instytucji finansujących proj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DF5AA3" w14:textId="77777777" w:rsidR="00567002" w:rsidRDefault="005670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B53"/>
    <w:rsid w:val="0006063C"/>
    <w:rsid w:val="000C3C14"/>
    <w:rsid w:val="000F708F"/>
    <w:rsid w:val="00136994"/>
    <w:rsid w:val="0015074B"/>
    <w:rsid w:val="0029639D"/>
    <w:rsid w:val="002A45E0"/>
    <w:rsid w:val="00326F90"/>
    <w:rsid w:val="003B6373"/>
    <w:rsid w:val="004B220F"/>
    <w:rsid w:val="00567002"/>
    <w:rsid w:val="00657BB1"/>
    <w:rsid w:val="006B6F67"/>
    <w:rsid w:val="006C6C86"/>
    <w:rsid w:val="006D42EB"/>
    <w:rsid w:val="00777CA9"/>
    <w:rsid w:val="00787F02"/>
    <w:rsid w:val="007C7D6D"/>
    <w:rsid w:val="007F29A9"/>
    <w:rsid w:val="009B03A0"/>
    <w:rsid w:val="009E1E78"/>
    <w:rsid w:val="00A0699C"/>
    <w:rsid w:val="00A10BE3"/>
    <w:rsid w:val="00A54D38"/>
    <w:rsid w:val="00A63DFD"/>
    <w:rsid w:val="00AA1D8D"/>
    <w:rsid w:val="00B30276"/>
    <w:rsid w:val="00B47730"/>
    <w:rsid w:val="00B52CB4"/>
    <w:rsid w:val="00B92FA4"/>
    <w:rsid w:val="00CB0664"/>
    <w:rsid w:val="00CF05FB"/>
    <w:rsid w:val="00DC12D5"/>
    <w:rsid w:val="00E06B6B"/>
    <w:rsid w:val="00E82CBD"/>
    <w:rsid w:val="00E94403"/>
    <w:rsid w:val="00EB3508"/>
    <w:rsid w:val="00F26164"/>
    <w:rsid w:val="00F50682"/>
    <w:rsid w:val="00FB0E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456C6"/>
  <w14:defaultImageDpi w14:val="300"/>
  <w15:docId w15:val="{119AD947-1D55-4E00-9CA6-A3E626EB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82CB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2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1270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Formularz rekrutacyjny nauczyciela/nauczycielki</dc:title>
  <dc:subject>Projekt Rozwój edukacji przedszkolnej w Gminie Luzino</dc:subject>
  <dc:creator>Gmina Luzino</dc:creator>
  <cp:keywords/>
  <dc:description>generated by python-docx</dc:description>
  <cp:lastModifiedBy>Dawid</cp:lastModifiedBy>
  <cp:revision>26</cp:revision>
  <dcterms:created xsi:type="dcterms:W3CDTF">2013-12-23T23:15:00Z</dcterms:created>
  <dcterms:modified xsi:type="dcterms:W3CDTF">2026-09-25T14:38:00Z</dcterms:modified>
  <cp:category/>
</cp:coreProperties>
</file>