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0B338" w14:textId="77777777" w:rsidR="0032398B" w:rsidRPr="00EC5C28" w:rsidRDefault="00BD71C5" w:rsidP="00EC5C28">
      <w:pPr>
        <w:keepNext/>
        <w:spacing w:before="120" w:after="120" w:line="360" w:lineRule="auto"/>
        <w:jc w:val="center"/>
        <w:rPr>
          <w:sz w:val="24"/>
          <w:szCs w:val="24"/>
        </w:rPr>
      </w:pPr>
      <w:r w:rsidRPr="00EC5C28">
        <w:rPr>
          <w:b/>
          <w:sz w:val="24"/>
          <w:szCs w:val="24"/>
        </w:rPr>
        <w:t>ZAŁĄCZNIK NR 3</w:t>
      </w:r>
    </w:p>
    <w:p w14:paraId="05884A0F" w14:textId="419FE06C" w:rsidR="0032398B" w:rsidRPr="00EC5C28" w:rsidRDefault="00BD71C5" w:rsidP="00EC5C28">
      <w:pPr>
        <w:keepNext/>
        <w:spacing w:before="120" w:after="120" w:line="360" w:lineRule="auto"/>
        <w:jc w:val="center"/>
        <w:rPr>
          <w:sz w:val="24"/>
          <w:szCs w:val="24"/>
        </w:rPr>
      </w:pPr>
      <w:r w:rsidRPr="00EC5C28">
        <w:rPr>
          <w:b/>
          <w:sz w:val="24"/>
          <w:szCs w:val="24"/>
        </w:rPr>
        <w:t>OŚWIADCZENIE O WCZEŚNIEJSZEJ REZYGNACJI</w:t>
      </w:r>
      <w:r w:rsidR="001D26B1">
        <w:rPr>
          <w:b/>
          <w:sz w:val="24"/>
          <w:szCs w:val="24"/>
        </w:rPr>
        <w:t xml:space="preserve"> </w:t>
      </w:r>
      <w:r w:rsidRPr="00EC5C28">
        <w:rPr>
          <w:b/>
          <w:sz w:val="24"/>
          <w:szCs w:val="24"/>
        </w:rPr>
        <w:t>Z UDZIAŁU W PROJEKCIE</w:t>
      </w:r>
    </w:p>
    <w:p w14:paraId="588DC557" w14:textId="77777777" w:rsidR="0032398B" w:rsidRPr="00EC5C28" w:rsidRDefault="00BD71C5" w:rsidP="00EC5C28">
      <w:pPr>
        <w:keepNext/>
        <w:spacing w:before="120" w:after="120" w:line="360" w:lineRule="auto"/>
        <w:jc w:val="center"/>
        <w:rPr>
          <w:sz w:val="24"/>
          <w:szCs w:val="24"/>
        </w:rPr>
      </w:pPr>
      <w:r w:rsidRPr="00EC5C28">
        <w:rPr>
          <w:sz w:val="24"/>
          <w:szCs w:val="24"/>
        </w:rPr>
        <w:t>„Program rozwoju edukacji przedszkolnej w Gminie Parchowo”</w:t>
        <w:br/>
        <w:t>nr FEPM.05.07-IZ.00-0030/26</w:t>
      </w:r>
      <w:r w:rsidRPr="00EC5C28">
        <w:rPr>
          <w:sz w:val="24"/>
          <w:szCs w:val="24"/>
        </w:rPr>
      </w:r>
    </w:p>
    <w:p w14:paraId="51D874AB" w14:textId="5454ED40" w:rsidR="0032398B" w:rsidRPr="00EC5C28" w:rsidRDefault="00BD71C5" w:rsidP="00EC5C28">
      <w:pPr>
        <w:keepNext/>
        <w:spacing w:before="120" w:after="120" w:line="360" w:lineRule="auto"/>
        <w:jc w:val="both"/>
        <w:rPr>
          <w:sz w:val="24"/>
          <w:szCs w:val="24"/>
        </w:rPr>
      </w:pPr>
      <w:r w:rsidRPr="00EC5C28">
        <w:rPr>
          <w:i/>
          <w:color w:val="464646"/>
          <w:sz w:val="24"/>
          <w:szCs w:val="24"/>
        </w:rPr>
        <w:t xml:space="preserve">Formularz składa się wyłącznie w przypadku wcześniejszego zakończenia udziału w projekcie. </w:t>
      </w:r>
    </w:p>
    <w:p w14:paraId="7800AAB2" w14:textId="77777777" w:rsidR="0032398B" w:rsidRPr="00EC5C28" w:rsidRDefault="00BD71C5" w:rsidP="00EC5C28">
      <w:pPr>
        <w:keepNext/>
        <w:spacing w:before="120" w:after="120" w:line="360" w:lineRule="auto"/>
        <w:rPr>
          <w:sz w:val="24"/>
          <w:szCs w:val="24"/>
        </w:rPr>
      </w:pPr>
      <w:r w:rsidRPr="00EC5C28">
        <w:rPr>
          <w:b/>
          <w:sz w:val="24"/>
          <w:szCs w:val="24"/>
        </w:rPr>
        <w:t>DANE UCZESTNIKA/UCZESTNICZKI PROJEKTU</w:t>
      </w:r>
    </w:p>
    <w:tbl>
      <w:tblPr>
        <w:tblStyle w:val="Tabela-Siatka"/>
        <w:tblW w:w="0" w:type="auto"/>
        <w:jc w:val="center"/>
        <w:tblBorders>
          <w:top w:val="single" w:sz="6" w:space="0" w:color="5F5F5F"/>
          <w:left w:val="single" w:sz="6" w:space="0" w:color="5F5F5F"/>
          <w:bottom w:val="single" w:sz="6" w:space="0" w:color="5F5F5F"/>
          <w:right w:val="single" w:sz="6" w:space="0" w:color="5F5F5F"/>
          <w:insideH w:val="single" w:sz="6" w:space="0" w:color="5F5F5F"/>
          <w:insideV w:val="single" w:sz="6" w:space="0" w:color="5F5F5F"/>
        </w:tblBorders>
        <w:tblLayout w:type="fixed"/>
        <w:tblLook w:val="04A0" w:firstRow="1" w:lastRow="0" w:firstColumn="1" w:lastColumn="0" w:noHBand="0" w:noVBand="1"/>
      </w:tblPr>
      <w:tblGrid>
        <w:gridCol w:w="3458"/>
        <w:gridCol w:w="6350"/>
      </w:tblGrid>
      <w:tr w:rsidR="0032398B" w:rsidRPr="00EC5C28" w14:paraId="1407C3E1" w14:textId="77777777">
        <w:trPr>
          <w:trHeight w:val="408"/>
          <w:jc w:val="center"/>
        </w:trPr>
        <w:tc>
          <w:tcPr>
            <w:tcW w:w="3458" w:type="dxa"/>
            <w:shd w:val="clear" w:color="auto" w:fill="EDEDE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A1620E" w14:textId="77777777" w:rsidR="0032398B" w:rsidRPr="00EC5C28" w:rsidRDefault="00BD71C5" w:rsidP="00EC5C28">
            <w:pPr>
              <w:spacing w:before="120" w:after="120" w:line="360" w:lineRule="auto"/>
              <w:rPr>
                <w:sz w:val="24"/>
                <w:szCs w:val="24"/>
              </w:rPr>
            </w:pPr>
            <w:r w:rsidRPr="00EC5C28">
              <w:rPr>
                <w:b/>
                <w:sz w:val="24"/>
                <w:szCs w:val="24"/>
              </w:rPr>
              <w:t>Imię i nazwisko uczestnika/uczestniczki</w:t>
            </w:r>
          </w:p>
        </w:tc>
        <w:tc>
          <w:tcPr>
            <w:tcW w:w="63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3B826F" w14:textId="77777777" w:rsidR="0032398B" w:rsidRPr="00EC5C28" w:rsidRDefault="0032398B" w:rsidP="00EC5C28">
            <w:pPr>
              <w:spacing w:before="120" w:after="120" w:line="360" w:lineRule="auto"/>
              <w:rPr>
                <w:sz w:val="24"/>
                <w:szCs w:val="24"/>
              </w:rPr>
            </w:pPr>
          </w:p>
        </w:tc>
      </w:tr>
      <w:tr w:rsidR="0032398B" w:rsidRPr="00EC5C28" w14:paraId="38CFEF87" w14:textId="77777777">
        <w:trPr>
          <w:trHeight w:val="408"/>
          <w:jc w:val="center"/>
        </w:trPr>
        <w:tc>
          <w:tcPr>
            <w:tcW w:w="3458" w:type="dxa"/>
            <w:shd w:val="clear" w:color="auto" w:fill="EDEDE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F24344" w14:textId="77777777" w:rsidR="0032398B" w:rsidRPr="00EC5C28" w:rsidRDefault="00BD71C5" w:rsidP="00EC5C28">
            <w:pPr>
              <w:spacing w:before="120" w:after="120" w:line="360" w:lineRule="auto"/>
              <w:rPr>
                <w:sz w:val="24"/>
                <w:szCs w:val="24"/>
              </w:rPr>
            </w:pPr>
            <w:r w:rsidRPr="00EC5C28">
              <w:rPr>
                <w:b/>
                <w:sz w:val="24"/>
                <w:szCs w:val="24"/>
              </w:rPr>
              <w:t>Status uczestnika/uczestniczki</w:t>
            </w:r>
          </w:p>
        </w:tc>
        <w:tc>
          <w:tcPr>
            <w:tcW w:w="63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0B47D7" w14:textId="77777777" w:rsidR="0032398B" w:rsidRPr="00EC5C28" w:rsidRDefault="00BD71C5" w:rsidP="00EC5C28">
            <w:pPr>
              <w:spacing w:before="120" w:after="120" w:line="360" w:lineRule="auto"/>
              <w:rPr>
                <w:sz w:val="24"/>
                <w:szCs w:val="24"/>
              </w:rPr>
            </w:pPr>
            <w:r w:rsidRPr="00EC5C28">
              <w:rPr>
                <w:sz w:val="24"/>
                <w:szCs w:val="24"/>
              </w:rPr>
              <w:t>☐ dziecko     ☐ nauczyciel/nauczycielka</w:t>
            </w:r>
          </w:p>
        </w:tc>
      </w:tr>
      <w:tr w:rsidR="0032398B" w:rsidRPr="00EC5C28" w14:paraId="7C3D4E9C" w14:textId="77777777">
        <w:trPr>
          <w:trHeight w:val="408"/>
          <w:jc w:val="center"/>
        </w:trPr>
        <w:tc>
          <w:tcPr>
            <w:tcW w:w="3458" w:type="dxa"/>
            <w:shd w:val="clear" w:color="auto" w:fill="EDEDE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24E184" w14:textId="77777777" w:rsidR="0032398B" w:rsidRPr="00EC5C28" w:rsidRDefault="00BD71C5" w:rsidP="00EC5C28">
            <w:pPr>
              <w:spacing w:before="120" w:after="120" w:line="360" w:lineRule="auto"/>
              <w:rPr>
                <w:sz w:val="24"/>
                <w:szCs w:val="24"/>
              </w:rPr>
            </w:pPr>
            <w:r w:rsidRPr="00EC5C28">
              <w:rPr>
                <w:b/>
                <w:sz w:val="24"/>
                <w:szCs w:val="24"/>
              </w:rPr>
              <w:t>OWP</w:t>
            </w:r>
          </w:p>
        </w:tc>
        <w:tc>
          <w:tcPr>
            <w:tcW w:w="63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EC45C4" w14:textId="77777777" w:rsidR="0032398B" w:rsidRPr="00EC5C28" w:rsidRDefault="00BD71C5" w:rsidP="00EC5C28">
            <w:pPr>
              <w:spacing w:before="120" w:after="120" w:line="360" w:lineRule="auto"/>
              <w:rPr>
                <w:sz w:val="24"/>
                <w:szCs w:val="24"/>
              </w:rPr>
            </w:pPr>
            <w:r w:rsidRPr="00EC5C28">
              <w:rPr>
                <w:sz w:val="24"/>
                <w:szCs w:val="24"/>
              </w:rPr>
              <w:t>OWP w Parchowie</w:t>
            </w:r>
          </w:p>
        </w:tc>
      </w:tr>
      <w:tr w:rsidR="0032398B" w:rsidRPr="00EC5C28" w14:paraId="797B420D" w14:textId="77777777">
        <w:trPr>
          <w:trHeight w:val="595"/>
          <w:jc w:val="center"/>
        </w:trPr>
        <w:tc>
          <w:tcPr>
            <w:tcW w:w="3458" w:type="dxa"/>
            <w:shd w:val="clear" w:color="auto" w:fill="EDEDE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FDB1C7" w14:textId="77777777" w:rsidR="0032398B" w:rsidRPr="00EC5C28" w:rsidRDefault="00BD71C5" w:rsidP="00EC5C28">
            <w:pPr>
              <w:spacing w:before="120" w:after="120" w:line="360" w:lineRule="auto"/>
              <w:rPr>
                <w:sz w:val="24"/>
                <w:szCs w:val="24"/>
              </w:rPr>
            </w:pPr>
            <w:r w:rsidRPr="00EC5C28">
              <w:rPr>
                <w:b/>
                <w:sz w:val="24"/>
                <w:szCs w:val="24"/>
              </w:rPr>
              <w:t>W przypadku dziecka – imię i nazwisko rodzica lub opiekuna prawnego</w:t>
            </w:r>
          </w:p>
        </w:tc>
        <w:tc>
          <w:tcPr>
            <w:tcW w:w="63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9A09EA" w14:textId="77777777" w:rsidR="0032398B" w:rsidRPr="00EC5C28" w:rsidRDefault="0032398B" w:rsidP="00EC5C28">
            <w:pPr>
              <w:spacing w:before="120" w:after="120" w:line="360" w:lineRule="auto"/>
              <w:rPr>
                <w:sz w:val="24"/>
                <w:szCs w:val="24"/>
              </w:rPr>
            </w:pPr>
          </w:p>
        </w:tc>
      </w:tr>
    </w:tbl>
    <w:p w14:paraId="08A1EA15" w14:textId="77777777" w:rsidR="0032398B" w:rsidRPr="00EC5C28" w:rsidRDefault="0032398B" w:rsidP="00EC5C28">
      <w:pPr>
        <w:spacing w:before="120" w:after="120" w:line="360" w:lineRule="auto"/>
        <w:rPr>
          <w:sz w:val="24"/>
          <w:szCs w:val="24"/>
        </w:rPr>
      </w:pPr>
    </w:p>
    <w:p w14:paraId="469DD6C2" w14:textId="77777777" w:rsidR="0032398B" w:rsidRPr="00EC5C28" w:rsidRDefault="00BD71C5" w:rsidP="00EC5C28">
      <w:pPr>
        <w:keepNext/>
        <w:spacing w:before="120" w:after="120" w:line="360" w:lineRule="auto"/>
        <w:jc w:val="both"/>
        <w:rPr>
          <w:sz w:val="24"/>
          <w:szCs w:val="24"/>
        </w:rPr>
      </w:pPr>
      <w:r w:rsidRPr="00EC5C28">
        <w:rPr>
          <w:sz w:val="24"/>
          <w:szCs w:val="24"/>
        </w:rPr>
        <w:t>Oświadczam, że rezygnuję / jako rodzic albo opiekun prawny rezygnuję w imieniu dziecka z całego udziału w projekcie „Program rozwoju edukacji przedszkolnej w Gminie Parchowo”, nr FEPM.05.07-IZ.00-0030/26.</w:t>
      </w:r>
    </w:p>
    <w:tbl>
      <w:tblPr>
        <w:tblStyle w:val="Tabela-Siatka"/>
        <w:tblW w:w="0" w:type="auto"/>
        <w:jc w:val="center"/>
        <w:tblBorders>
          <w:top w:val="single" w:sz="6" w:space="0" w:color="5F5F5F"/>
          <w:left w:val="single" w:sz="6" w:space="0" w:color="5F5F5F"/>
          <w:bottom w:val="single" w:sz="6" w:space="0" w:color="5F5F5F"/>
          <w:right w:val="single" w:sz="6" w:space="0" w:color="5F5F5F"/>
          <w:insideH w:val="single" w:sz="6" w:space="0" w:color="5F5F5F"/>
          <w:insideV w:val="single" w:sz="6" w:space="0" w:color="5F5F5F"/>
        </w:tblBorders>
        <w:tblLayout w:type="fixed"/>
        <w:tblLook w:val="04A0" w:firstRow="1" w:lastRow="0" w:firstColumn="1" w:lastColumn="0" w:noHBand="0" w:noVBand="1"/>
      </w:tblPr>
      <w:tblGrid>
        <w:gridCol w:w="5386"/>
        <w:gridCol w:w="4422"/>
      </w:tblGrid>
      <w:tr w:rsidR="0032398B" w:rsidRPr="00EC5C28" w14:paraId="26666F5E" w14:textId="77777777">
        <w:trPr>
          <w:trHeight w:val="465"/>
          <w:jc w:val="center"/>
        </w:trPr>
        <w:tc>
          <w:tcPr>
            <w:tcW w:w="5386" w:type="dxa"/>
            <w:shd w:val="clear" w:color="auto" w:fill="EDEDE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44B3FC" w14:textId="77777777" w:rsidR="0032398B" w:rsidRPr="00EC5C28" w:rsidRDefault="00BD71C5" w:rsidP="00EC5C28">
            <w:pPr>
              <w:spacing w:before="120" w:after="120" w:line="360" w:lineRule="auto"/>
              <w:rPr>
                <w:sz w:val="24"/>
                <w:szCs w:val="24"/>
              </w:rPr>
            </w:pPr>
            <w:r w:rsidRPr="00EC5C28">
              <w:rPr>
                <w:b/>
                <w:sz w:val="24"/>
                <w:szCs w:val="24"/>
              </w:rPr>
              <w:t>Data wcześniejszego zakończenia udziału w projekcie</w:t>
            </w:r>
          </w:p>
        </w:tc>
        <w:tc>
          <w:tcPr>
            <w:tcW w:w="442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B9866A" w14:textId="77777777" w:rsidR="0032398B" w:rsidRPr="00EC5C28" w:rsidRDefault="00BD71C5" w:rsidP="00EC5C28">
            <w:pPr>
              <w:spacing w:before="120" w:after="120" w:line="360" w:lineRule="auto"/>
              <w:rPr>
                <w:sz w:val="24"/>
                <w:szCs w:val="24"/>
              </w:rPr>
            </w:pPr>
            <w:r w:rsidRPr="00EC5C28">
              <w:rPr>
                <w:sz w:val="24"/>
                <w:szCs w:val="24"/>
              </w:rPr>
              <w:t>....................................  (dd-mm-rrrr)</w:t>
            </w:r>
          </w:p>
        </w:tc>
      </w:tr>
    </w:tbl>
    <w:p w14:paraId="3A734E15" w14:textId="77777777" w:rsidR="0032398B" w:rsidRPr="00EC5C28" w:rsidRDefault="00BD71C5" w:rsidP="00EC5C28">
      <w:pPr>
        <w:keepNext/>
        <w:spacing w:before="120" w:after="120" w:line="360" w:lineRule="auto"/>
        <w:rPr>
          <w:sz w:val="24"/>
          <w:szCs w:val="24"/>
        </w:rPr>
      </w:pPr>
      <w:proofErr w:type="spellStart"/>
      <w:r w:rsidRPr="00EC5C28">
        <w:rPr>
          <w:b/>
          <w:sz w:val="24"/>
          <w:szCs w:val="24"/>
        </w:rPr>
        <w:t>Przyjmuję</w:t>
      </w:r>
      <w:proofErr w:type="spellEnd"/>
      <w:r w:rsidRPr="00EC5C28">
        <w:rPr>
          <w:b/>
          <w:sz w:val="24"/>
          <w:szCs w:val="24"/>
        </w:rPr>
        <w:t xml:space="preserve"> do </w:t>
      </w:r>
      <w:proofErr w:type="spellStart"/>
      <w:r w:rsidRPr="00EC5C28">
        <w:rPr>
          <w:b/>
          <w:sz w:val="24"/>
          <w:szCs w:val="24"/>
        </w:rPr>
        <w:t>wiadomości</w:t>
      </w:r>
      <w:proofErr w:type="spellEnd"/>
      <w:r w:rsidRPr="00EC5C28">
        <w:rPr>
          <w:b/>
          <w:sz w:val="24"/>
          <w:szCs w:val="24"/>
        </w:rPr>
        <w:t xml:space="preserve">, </w:t>
      </w:r>
      <w:proofErr w:type="spellStart"/>
      <w:r w:rsidRPr="00EC5C28">
        <w:rPr>
          <w:b/>
          <w:sz w:val="24"/>
          <w:szCs w:val="24"/>
        </w:rPr>
        <w:t>że</w:t>
      </w:r>
      <w:proofErr w:type="spellEnd"/>
      <w:r w:rsidRPr="00EC5C28">
        <w:rPr>
          <w:b/>
          <w:sz w:val="24"/>
          <w:szCs w:val="24"/>
        </w:rPr>
        <w:t>:</w:t>
      </w:r>
    </w:p>
    <w:p w14:paraId="74874821" w14:textId="5225ECF4" w:rsidR="0032398B" w:rsidRPr="00EC5C28" w:rsidRDefault="00BD71C5" w:rsidP="00EC5C28">
      <w:pPr>
        <w:keepNext/>
        <w:spacing w:before="120" w:after="120" w:line="360" w:lineRule="auto"/>
        <w:ind w:left="255" w:hanging="255"/>
        <w:jc w:val="both"/>
        <w:rPr>
          <w:sz w:val="24"/>
          <w:szCs w:val="24"/>
        </w:rPr>
      </w:pPr>
      <w:r w:rsidRPr="00EC5C28">
        <w:rPr>
          <w:sz w:val="24"/>
          <w:szCs w:val="24"/>
        </w:rPr>
        <w:t xml:space="preserve">1) </w:t>
      </w:r>
      <w:proofErr w:type="spellStart"/>
      <w:r w:rsidRPr="00EC5C28">
        <w:rPr>
          <w:sz w:val="24"/>
          <w:szCs w:val="24"/>
        </w:rPr>
        <w:t>wcześniejsze</w:t>
      </w:r>
      <w:proofErr w:type="spellEnd"/>
      <w:r w:rsidRPr="00EC5C28">
        <w:rPr>
          <w:sz w:val="24"/>
          <w:szCs w:val="24"/>
        </w:rPr>
        <w:t xml:space="preserve"> </w:t>
      </w:r>
      <w:proofErr w:type="spellStart"/>
      <w:r w:rsidRPr="00EC5C28">
        <w:rPr>
          <w:sz w:val="24"/>
          <w:szCs w:val="24"/>
        </w:rPr>
        <w:t>zakończenie</w:t>
      </w:r>
      <w:proofErr w:type="spellEnd"/>
      <w:r w:rsidRPr="00EC5C28">
        <w:rPr>
          <w:sz w:val="24"/>
          <w:szCs w:val="24"/>
        </w:rPr>
        <w:t xml:space="preserve"> </w:t>
      </w:r>
      <w:proofErr w:type="spellStart"/>
      <w:r w:rsidRPr="00EC5C28">
        <w:rPr>
          <w:sz w:val="24"/>
          <w:szCs w:val="24"/>
        </w:rPr>
        <w:t>udziału</w:t>
      </w:r>
      <w:proofErr w:type="spellEnd"/>
      <w:r w:rsidRPr="00EC5C28">
        <w:rPr>
          <w:sz w:val="24"/>
          <w:szCs w:val="24"/>
        </w:rPr>
        <w:t xml:space="preserve"> </w:t>
      </w:r>
      <w:proofErr w:type="spellStart"/>
      <w:r w:rsidRPr="00EC5C28">
        <w:rPr>
          <w:sz w:val="24"/>
          <w:szCs w:val="24"/>
        </w:rPr>
        <w:t>zostanie</w:t>
      </w:r>
      <w:proofErr w:type="spellEnd"/>
      <w:r w:rsidRPr="00EC5C28">
        <w:rPr>
          <w:sz w:val="24"/>
          <w:szCs w:val="24"/>
        </w:rPr>
        <w:t xml:space="preserve"> </w:t>
      </w:r>
      <w:proofErr w:type="spellStart"/>
      <w:r w:rsidRPr="00EC5C28">
        <w:rPr>
          <w:sz w:val="24"/>
          <w:szCs w:val="24"/>
        </w:rPr>
        <w:t>odnotowane</w:t>
      </w:r>
      <w:proofErr w:type="spellEnd"/>
      <w:r w:rsidRPr="00EC5C28">
        <w:rPr>
          <w:sz w:val="24"/>
          <w:szCs w:val="24"/>
        </w:rPr>
        <w:t xml:space="preserve"> w </w:t>
      </w:r>
      <w:proofErr w:type="spellStart"/>
      <w:r w:rsidRPr="00EC5C28">
        <w:rPr>
          <w:sz w:val="24"/>
          <w:szCs w:val="24"/>
        </w:rPr>
        <w:t>dokumentacji</w:t>
      </w:r>
      <w:proofErr w:type="spellEnd"/>
      <w:r w:rsidRPr="00EC5C28">
        <w:rPr>
          <w:sz w:val="24"/>
          <w:szCs w:val="24"/>
        </w:rPr>
        <w:t xml:space="preserve"> </w:t>
      </w:r>
      <w:proofErr w:type="spellStart"/>
      <w:r w:rsidRPr="00EC5C28">
        <w:rPr>
          <w:sz w:val="24"/>
          <w:szCs w:val="24"/>
        </w:rPr>
        <w:t>projektu</w:t>
      </w:r>
      <w:proofErr w:type="spellEnd"/>
      <w:r w:rsidRPr="00EC5C28">
        <w:rPr>
          <w:sz w:val="24"/>
          <w:szCs w:val="24"/>
        </w:rPr>
        <w:t>;</w:t>
      </w:r>
    </w:p>
    <w:p w14:paraId="04E7054A" w14:textId="349EF6C1" w:rsidR="0032398B" w:rsidRDefault="00BD71C5" w:rsidP="00EC5C28">
      <w:pPr>
        <w:keepNext/>
        <w:spacing w:before="120" w:after="120" w:line="360" w:lineRule="auto"/>
        <w:ind w:left="255" w:hanging="255"/>
        <w:jc w:val="both"/>
        <w:rPr>
          <w:sz w:val="24"/>
          <w:szCs w:val="24"/>
        </w:rPr>
      </w:pPr>
      <w:r w:rsidRPr="00EC5C28">
        <w:rPr>
          <w:sz w:val="24"/>
          <w:szCs w:val="24"/>
        </w:rPr>
        <w:t xml:space="preserve">2) mimo wcześniejszego </w:t>
      </w:r>
      <w:proofErr w:type="spellStart"/>
      <w:r w:rsidR="00D42461" w:rsidRPr="00D42461">
        <w:rPr>
          <w:sz w:val="24"/>
          <w:szCs w:val="24"/>
        </w:rPr>
        <w:t>zakończenia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udziału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jestem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zobowiązany</w:t>
      </w:r>
      <w:proofErr w:type="spellEnd"/>
      <w:r w:rsidR="00D42461" w:rsidRPr="00D42461">
        <w:rPr>
          <w:sz w:val="24"/>
          <w:szCs w:val="24"/>
        </w:rPr>
        <w:t>/</w:t>
      </w:r>
      <w:proofErr w:type="spellStart"/>
      <w:r w:rsidR="00D42461" w:rsidRPr="00D42461">
        <w:rPr>
          <w:sz w:val="24"/>
          <w:szCs w:val="24"/>
        </w:rPr>
        <w:t>zobowiązana</w:t>
      </w:r>
      <w:proofErr w:type="spellEnd"/>
      <w:r w:rsidR="00D42461" w:rsidRPr="00D42461">
        <w:rPr>
          <w:sz w:val="24"/>
          <w:szCs w:val="24"/>
        </w:rPr>
        <w:t xml:space="preserve"> do </w:t>
      </w:r>
      <w:proofErr w:type="spellStart"/>
      <w:r w:rsidR="00D42461" w:rsidRPr="00D42461">
        <w:rPr>
          <w:sz w:val="24"/>
          <w:szCs w:val="24"/>
        </w:rPr>
        <w:t>przekazania</w:t>
      </w:r>
      <w:proofErr w:type="spellEnd"/>
      <w:r w:rsidR="00D42461" w:rsidRPr="00D42461">
        <w:rPr>
          <w:sz w:val="24"/>
          <w:szCs w:val="24"/>
        </w:rPr>
        <w:t xml:space="preserve">, w </w:t>
      </w:r>
      <w:proofErr w:type="spellStart"/>
      <w:r w:rsidR="00D42461" w:rsidRPr="00D42461">
        <w:rPr>
          <w:sz w:val="24"/>
          <w:szCs w:val="24"/>
        </w:rPr>
        <w:t>terminie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wskazanym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przez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Beneficjenta</w:t>
      </w:r>
      <w:proofErr w:type="spellEnd"/>
      <w:r w:rsidR="00D42461" w:rsidRPr="00D42461">
        <w:rPr>
          <w:sz w:val="24"/>
          <w:szCs w:val="24"/>
        </w:rPr>
        <w:t xml:space="preserve">, </w:t>
      </w:r>
      <w:proofErr w:type="spellStart"/>
      <w:r w:rsidR="00D42461" w:rsidRPr="00D42461">
        <w:rPr>
          <w:sz w:val="24"/>
          <w:szCs w:val="24"/>
        </w:rPr>
        <w:t>nie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później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jednak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niż</w:t>
      </w:r>
      <w:proofErr w:type="spellEnd"/>
      <w:r w:rsidR="00D42461" w:rsidRPr="00D42461">
        <w:rPr>
          <w:sz w:val="24"/>
          <w:szCs w:val="24"/>
        </w:rPr>
        <w:t xml:space="preserve"> w </w:t>
      </w:r>
      <w:proofErr w:type="spellStart"/>
      <w:r w:rsidR="00D42461" w:rsidRPr="00D42461">
        <w:rPr>
          <w:sz w:val="24"/>
          <w:szCs w:val="24"/>
        </w:rPr>
        <w:t>ciągu</w:t>
      </w:r>
      <w:proofErr w:type="spellEnd"/>
      <w:r w:rsidR="00D42461" w:rsidRPr="00D42461">
        <w:rPr>
          <w:sz w:val="24"/>
          <w:szCs w:val="24"/>
        </w:rPr>
        <w:t xml:space="preserve"> 4 </w:t>
      </w:r>
      <w:proofErr w:type="spellStart"/>
      <w:r w:rsidR="00D42461" w:rsidRPr="00D42461">
        <w:rPr>
          <w:sz w:val="24"/>
          <w:szCs w:val="24"/>
        </w:rPr>
        <w:lastRenderedPageBreak/>
        <w:t>tygodni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od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dnia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zakończenia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udziału</w:t>
      </w:r>
      <w:proofErr w:type="spellEnd"/>
      <w:r w:rsidR="00D42461" w:rsidRPr="00D42461">
        <w:rPr>
          <w:sz w:val="24"/>
          <w:szCs w:val="24"/>
        </w:rPr>
        <w:t xml:space="preserve">, </w:t>
      </w:r>
      <w:proofErr w:type="spellStart"/>
      <w:r w:rsidR="00D42461" w:rsidRPr="00D42461">
        <w:rPr>
          <w:sz w:val="24"/>
          <w:szCs w:val="24"/>
        </w:rPr>
        <w:t>informacji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niezbędnych</w:t>
      </w:r>
      <w:proofErr w:type="spellEnd"/>
      <w:r w:rsidR="00D42461" w:rsidRPr="00D42461">
        <w:rPr>
          <w:sz w:val="24"/>
          <w:szCs w:val="24"/>
        </w:rPr>
        <w:t xml:space="preserve"> do </w:t>
      </w:r>
      <w:proofErr w:type="spellStart"/>
      <w:r w:rsidR="00D42461" w:rsidRPr="00D42461">
        <w:rPr>
          <w:sz w:val="24"/>
          <w:szCs w:val="24"/>
        </w:rPr>
        <w:t>ustalenia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sytuacji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uczestnika</w:t>
      </w:r>
      <w:proofErr w:type="spellEnd"/>
      <w:r w:rsidR="00D42461" w:rsidRPr="00D42461">
        <w:rPr>
          <w:sz w:val="24"/>
          <w:szCs w:val="24"/>
        </w:rPr>
        <w:t xml:space="preserve"> po </w:t>
      </w:r>
      <w:proofErr w:type="spellStart"/>
      <w:r w:rsidR="00D42461" w:rsidRPr="00D42461">
        <w:rPr>
          <w:sz w:val="24"/>
          <w:szCs w:val="24"/>
        </w:rPr>
        <w:t>opuszczeniu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projektu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oraz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pomiaru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właściwych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wskaźników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rezultatu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bezpośredniego</w:t>
      </w:r>
      <w:proofErr w:type="spellEnd"/>
      <w:r w:rsidR="00D42461" w:rsidRPr="00D42461">
        <w:rPr>
          <w:sz w:val="24"/>
          <w:szCs w:val="24"/>
        </w:rPr>
        <w:t xml:space="preserve"> – </w:t>
      </w:r>
      <w:proofErr w:type="spellStart"/>
      <w:r w:rsidR="00D42461" w:rsidRPr="00D42461">
        <w:rPr>
          <w:sz w:val="24"/>
          <w:szCs w:val="24"/>
        </w:rPr>
        <w:t>wyłącznie</w:t>
      </w:r>
      <w:proofErr w:type="spellEnd"/>
      <w:r w:rsidR="00D42461" w:rsidRPr="00D42461">
        <w:rPr>
          <w:sz w:val="24"/>
          <w:szCs w:val="24"/>
        </w:rPr>
        <w:t xml:space="preserve"> w </w:t>
      </w:r>
      <w:proofErr w:type="spellStart"/>
      <w:r w:rsidR="00D42461" w:rsidRPr="00D42461">
        <w:rPr>
          <w:sz w:val="24"/>
          <w:szCs w:val="24"/>
        </w:rPr>
        <w:t>zakresie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dotyczącym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uczestnika</w:t>
      </w:r>
      <w:proofErr w:type="spellEnd"/>
      <w:r w:rsidR="00D42461" w:rsidRPr="00D42461">
        <w:rPr>
          <w:sz w:val="24"/>
          <w:szCs w:val="24"/>
        </w:rPr>
        <w:t xml:space="preserve">. W </w:t>
      </w:r>
      <w:proofErr w:type="spellStart"/>
      <w:r w:rsidR="00D42461" w:rsidRPr="00D42461">
        <w:rPr>
          <w:sz w:val="24"/>
          <w:szCs w:val="24"/>
        </w:rPr>
        <w:t>przypadku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dziecka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informacje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przekazuje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rodzic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lub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opiekun</w:t>
      </w:r>
      <w:proofErr w:type="spellEnd"/>
      <w:r w:rsidR="00D42461" w:rsidRPr="00D42461">
        <w:rPr>
          <w:sz w:val="24"/>
          <w:szCs w:val="24"/>
        </w:rPr>
        <w:t xml:space="preserve"> prawny </w:t>
      </w:r>
      <w:proofErr w:type="spellStart"/>
      <w:r w:rsidR="00D42461" w:rsidRPr="00D42461">
        <w:rPr>
          <w:sz w:val="24"/>
          <w:szCs w:val="24"/>
        </w:rPr>
        <w:t>na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wezwanie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Beneficjenta</w:t>
      </w:r>
      <w:proofErr w:type="spellEnd"/>
      <w:r w:rsidR="00D42461" w:rsidRPr="00D42461">
        <w:rPr>
          <w:sz w:val="24"/>
          <w:szCs w:val="24"/>
        </w:rPr>
        <w:t xml:space="preserve">, w </w:t>
      </w:r>
      <w:proofErr w:type="spellStart"/>
      <w:r w:rsidR="00D42461" w:rsidRPr="00D42461">
        <w:rPr>
          <w:sz w:val="24"/>
          <w:szCs w:val="24"/>
        </w:rPr>
        <w:t>powyższym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terminie</w:t>
      </w:r>
      <w:proofErr w:type="spellEnd"/>
      <w:r w:rsidR="00D42461" w:rsidRPr="00D42461">
        <w:rPr>
          <w:sz w:val="24"/>
          <w:szCs w:val="24"/>
        </w:rPr>
        <w:t xml:space="preserve">, </w:t>
      </w:r>
      <w:proofErr w:type="spellStart"/>
      <w:r w:rsidR="00D42461" w:rsidRPr="00D42461">
        <w:rPr>
          <w:sz w:val="24"/>
          <w:szCs w:val="24"/>
        </w:rPr>
        <w:t>wyłącznie</w:t>
      </w:r>
      <w:proofErr w:type="spellEnd"/>
      <w:r w:rsidR="00D42461" w:rsidRPr="00D42461">
        <w:rPr>
          <w:sz w:val="24"/>
          <w:szCs w:val="24"/>
        </w:rPr>
        <w:t xml:space="preserve"> w </w:t>
      </w:r>
      <w:proofErr w:type="spellStart"/>
      <w:r w:rsidR="00D42461" w:rsidRPr="00D42461">
        <w:rPr>
          <w:sz w:val="24"/>
          <w:szCs w:val="24"/>
        </w:rPr>
        <w:t>zakresie</w:t>
      </w:r>
      <w:proofErr w:type="spellEnd"/>
      <w:r w:rsidR="00D42461" w:rsidRPr="00D42461">
        <w:rPr>
          <w:sz w:val="24"/>
          <w:szCs w:val="24"/>
        </w:rPr>
        <w:t xml:space="preserve">, w </w:t>
      </w:r>
      <w:proofErr w:type="spellStart"/>
      <w:r w:rsidR="00D42461" w:rsidRPr="00D42461">
        <w:rPr>
          <w:sz w:val="24"/>
          <w:szCs w:val="24"/>
        </w:rPr>
        <w:t>jakim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Beneficjent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nie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posiada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tych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informacji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albo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nie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może</w:t>
      </w:r>
      <w:proofErr w:type="spellEnd"/>
      <w:r w:rsidR="00D42461" w:rsidRPr="00D42461">
        <w:rPr>
          <w:sz w:val="24"/>
          <w:szCs w:val="24"/>
        </w:rPr>
        <w:t xml:space="preserve"> ich </w:t>
      </w:r>
      <w:proofErr w:type="spellStart"/>
      <w:r w:rsidR="00D42461" w:rsidRPr="00D42461">
        <w:rPr>
          <w:sz w:val="24"/>
          <w:szCs w:val="24"/>
        </w:rPr>
        <w:t>wiarygodnie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ustalić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na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podstawie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dokumentacji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projektu</w:t>
      </w:r>
      <w:proofErr w:type="spellEnd"/>
      <w:r w:rsidR="00D42461" w:rsidRPr="00D42461">
        <w:rPr>
          <w:sz w:val="24"/>
          <w:szCs w:val="24"/>
        </w:rPr>
        <w:t xml:space="preserve">, OWP </w:t>
      </w:r>
      <w:proofErr w:type="spellStart"/>
      <w:r w:rsidR="00D42461" w:rsidRPr="00D42461">
        <w:rPr>
          <w:sz w:val="24"/>
          <w:szCs w:val="24"/>
        </w:rPr>
        <w:t>lub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szkoły</w:t>
      </w:r>
      <w:proofErr w:type="spellEnd"/>
      <w:r w:rsidR="00D42461" w:rsidRPr="00D42461">
        <w:rPr>
          <w:sz w:val="24"/>
          <w:szCs w:val="24"/>
        </w:rPr>
        <w:t xml:space="preserve">. </w:t>
      </w:r>
      <w:proofErr w:type="spellStart"/>
      <w:r w:rsidR="00D42461" w:rsidRPr="00D42461">
        <w:rPr>
          <w:sz w:val="24"/>
          <w:szCs w:val="24"/>
        </w:rPr>
        <w:t>Jeżeli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wymagane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informacje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są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dostępne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albo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można</w:t>
      </w:r>
      <w:proofErr w:type="spellEnd"/>
      <w:r w:rsidR="00D42461" w:rsidRPr="00D42461">
        <w:rPr>
          <w:sz w:val="24"/>
          <w:szCs w:val="24"/>
        </w:rPr>
        <w:t xml:space="preserve"> je </w:t>
      </w:r>
      <w:proofErr w:type="spellStart"/>
      <w:r w:rsidR="00D42461" w:rsidRPr="00D42461">
        <w:rPr>
          <w:sz w:val="24"/>
          <w:szCs w:val="24"/>
        </w:rPr>
        <w:t>wiarygodnie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ustalić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na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podstawie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tej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dokumentacji</w:t>
      </w:r>
      <w:proofErr w:type="spellEnd"/>
      <w:r w:rsidR="00D42461" w:rsidRPr="00D42461">
        <w:rPr>
          <w:sz w:val="24"/>
          <w:szCs w:val="24"/>
        </w:rPr>
        <w:t xml:space="preserve">, </w:t>
      </w:r>
      <w:proofErr w:type="spellStart"/>
      <w:r w:rsidR="00D42461" w:rsidRPr="00D42461">
        <w:rPr>
          <w:sz w:val="24"/>
          <w:szCs w:val="24"/>
        </w:rPr>
        <w:t>rodzic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lub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opiekun</w:t>
      </w:r>
      <w:proofErr w:type="spellEnd"/>
      <w:r w:rsidR="00D42461" w:rsidRPr="00D42461">
        <w:rPr>
          <w:sz w:val="24"/>
          <w:szCs w:val="24"/>
        </w:rPr>
        <w:t xml:space="preserve"> prawny </w:t>
      </w:r>
      <w:proofErr w:type="spellStart"/>
      <w:r w:rsidR="00D42461" w:rsidRPr="00D42461">
        <w:rPr>
          <w:sz w:val="24"/>
          <w:szCs w:val="24"/>
        </w:rPr>
        <w:t>nie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składa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dodatkowego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oświadczenia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dotyczącego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sytuacji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dziecka</w:t>
      </w:r>
      <w:proofErr w:type="spellEnd"/>
      <w:r w:rsidR="00D42461" w:rsidRPr="00D42461">
        <w:rPr>
          <w:sz w:val="24"/>
          <w:szCs w:val="24"/>
        </w:rPr>
        <w:t xml:space="preserve"> po </w:t>
      </w:r>
      <w:proofErr w:type="spellStart"/>
      <w:r w:rsidR="00D42461" w:rsidRPr="00D42461">
        <w:rPr>
          <w:sz w:val="24"/>
          <w:szCs w:val="24"/>
        </w:rPr>
        <w:t>opuszczeniu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projektu</w:t>
      </w:r>
      <w:proofErr w:type="spellEnd"/>
      <w:r w:rsidR="00D42461" w:rsidRPr="00D42461">
        <w:rPr>
          <w:sz w:val="24"/>
          <w:szCs w:val="24"/>
        </w:rPr>
        <w:t xml:space="preserve">. </w:t>
      </w:r>
      <w:proofErr w:type="spellStart"/>
      <w:r w:rsidR="00D42461" w:rsidRPr="00D42461">
        <w:rPr>
          <w:sz w:val="24"/>
          <w:szCs w:val="24"/>
        </w:rPr>
        <w:t>Informacje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te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dokumentuje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upoważniony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pracownik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Beneficjenta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lub</w:t>
      </w:r>
      <w:proofErr w:type="spellEnd"/>
      <w:r w:rsidR="00D42461" w:rsidRPr="00D42461">
        <w:rPr>
          <w:sz w:val="24"/>
          <w:szCs w:val="24"/>
        </w:rPr>
        <w:t xml:space="preserve"> OWP w </w:t>
      </w:r>
      <w:proofErr w:type="spellStart"/>
      <w:r w:rsidR="00D42461" w:rsidRPr="00D42461">
        <w:rPr>
          <w:sz w:val="24"/>
          <w:szCs w:val="24"/>
        </w:rPr>
        <w:t>zbiorczym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Załączniku</w:t>
      </w:r>
      <w:proofErr w:type="spellEnd"/>
      <w:r w:rsidR="00D42461" w:rsidRPr="00D42461">
        <w:rPr>
          <w:sz w:val="24"/>
          <w:szCs w:val="24"/>
        </w:rPr>
        <w:t xml:space="preserve"> nr 7</w:t>
      </w:r>
      <w:r w:rsidRPr="00EC5C28">
        <w:rPr>
          <w:sz w:val="24"/>
          <w:szCs w:val="24"/>
        </w:rPr>
        <w:t>.</w:t>
      </w:r>
    </w:p>
    <w:p w14:paraId="633600D9" w14:textId="29CB6C16" w:rsidR="00347770" w:rsidRDefault="00347770" w:rsidP="00EC5C28">
      <w:pPr>
        <w:keepNext/>
        <w:spacing w:before="120" w:after="120" w:line="360" w:lineRule="auto"/>
        <w:ind w:left="255" w:hanging="255"/>
        <w:jc w:val="both"/>
        <w:rPr>
          <w:sz w:val="24"/>
          <w:szCs w:val="24"/>
        </w:rPr>
      </w:pPr>
    </w:p>
    <w:p w14:paraId="7BFE4701" w14:textId="77777777" w:rsidR="00347770" w:rsidRPr="00EC5C28" w:rsidRDefault="00347770" w:rsidP="00EC5C28">
      <w:pPr>
        <w:keepNext/>
        <w:spacing w:before="120" w:after="120" w:line="360" w:lineRule="auto"/>
        <w:ind w:left="255" w:hanging="255"/>
        <w:jc w:val="both"/>
        <w:rPr>
          <w:sz w:val="24"/>
          <w:szCs w:val="24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309"/>
        <w:gridCol w:w="5499"/>
      </w:tblGrid>
      <w:tr w:rsidR="0032398B" w:rsidRPr="00EC5C28" w14:paraId="455E9DFC" w14:textId="77777777">
        <w:trPr>
          <w:jc w:val="center"/>
        </w:trPr>
        <w:tc>
          <w:tcPr>
            <w:tcW w:w="430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C29F8E" w14:textId="77777777" w:rsidR="0032398B" w:rsidRPr="00EC5C28" w:rsidRDefault="00BD71C5" w:rsidP="00EC5C2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EC5C28">
              <w:rPr>
                <w:sz w:val="24"/>
                <w:szCs w:val="24"/>
              </w:rPr>
              <w:t>........................................................</w:t>
            </w:r>
          </w:p>
        </w:tc>
        <w:tc>
          <w:tcPr>
            <w:tcW w:w="549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6FE2DB" w14:textId="77777777" w:rsidR="0032398B" w:rsidRPr="00EC5C28" w:rsidRDefault="00BD71C5" w:rsidP="00EC5C2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EC5C28">
              <w:rPr>
                <w:sz w:val="24"/>
                <w:szCs w:val="24"/>
              </w:rPr>
              <w:t>........................................................</w:t>
            </w:r>
          </w:p>
        </w:tc>
      </w:tr>
      <w:tr w:rsidR="0032398B" w:rsidRPr="00EC5C28" w14:paraId="6F83FBEF" w14:textId="77777777">
        <w:trPr>
          <w:jc w:val="center"/>
        </w:trPr>
        <w:tc>
          <w:tcPr>
            <w:tcW w:w="430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DFAFC0" w14:textId="77777777" w:rsidR="0032398B" w:rsidRPr="00EC5C28" w:rsidRDefault="00BD71C5" w:rsidP="00EC5C2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EC5C28">
              <w:rPr>
                <w:sz w:val="24"/>
                <w:szCs w:val="24"/>
              </w:rPr>
              <w:t>Miejscowość i data złożenia oświadczenia</w:t>
            </w:r>
          </w:p>
        </w:tc>
        <w:tc>
          <w:tcPr>
            <w:tcW w:w="549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664578" w14:textId="77777777" w:rsidR="0032398B" w:rsidRPr="00EC5C28" w:rsidRDefault="00BD71C5" w:rsidP="00EC5C2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EC5C28">
              <w:rPr>
                <w:sz w:val="24"/>
                <w:szCs w:val="24"/>
              </w:rPr>
              <w:t>Czytelny podpis nauczyciela/nauczycielki albo rodzica lub opiekuna prawnego dziecka</w:t>
            </w:r>
          </w:p>
        </w:tc>
      </w:tr>
    </w:tbl>
    <w:p w14:paraId="3564FD08" w14:textId="77777777" w:rsidR="00BD71C5" w:rsidRPr="00EC5C28" w:rsidRDefault="00BD71C5" w:rsidP="00EC5C28">
      <w:pPr>
        <w:spacing w:before="120" w:after="120" w:line="360" w:lineRule="auto"/>
        <w:rPr>
          <w:sz w:val="24"/>
          <w:szCs w:val="24"/>
        </w:rPr>
      </w:pPr>
    </w:p>
    <w:sectPr w:rsidR="00BD71C5" w:rsidRPr="00EC5C28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2" w:right="964" w:bottom="879" w:left="964" w:header="255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E33BD" w14:textId="77777777" w:rsidR="00655481" w:rsidRDefault="00655481">
      <w:pPr>
        <w:spacing w:line="240" w:lineRule="auto"/>
      </w:pPr>
      <w:r>
        <w:separator/>
      </w:r>
    </w:p>
  </w:endnote>
  <w:endnote w:type="continuationSeparator" w:id="0">
    <w:p w14:paraId="5B03129C" w14:textId="77777777" w:rsidR="00655481" w:rsidRDefault="006554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EC797" w14:textId="77777777" w:rsidR="00856A90" w:rsidRDefault="00856A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BA92E" w14:textId="77777777" w:rsidR="00BB0019" w:rsidRDefault="00BB0019" w:rsidP="00BB0019">
    <w:pPr>
      <w:pStyle w:val="Stopka"/>
      <w:jc w:val="center"/>
      <w:rPr>
        <w:rFonts w:cs="Arial"/>
        <w:szCs w:val="24"/>
      </w:rPr>
    </w:pPr>
  </w:p>
  <w:p w14:paraId="6E261BFB" w14:textId="77777777" w:rsidR="00BB0019" w:rsidRPr="00856A90" w:rsidRDefault="00BB0019" w:rsidP="00BB0019">
    <w:pPr>
      <w:pStyle w:val="Stopka"/>
      <w:jc w:val="center"/>
      <w:rPr>
        <w:rFonts w:cs="Arial"/>
        <w:sz w:val="24"/>
        <w:szCs w:val="32"/>
      </w:rPr>
    </w:pPr>
    <w:bookmarkStart w:id="0" w:name="_Hlk240139805"/>
    <w:proofErr w:type="spellStart"/>
    <w:r w:rsidRPr="00856A90">
      <w:rPr>
        <w:rFonts w:cs="Arial"/>
        <w:sz w:val="22"/>
        <w:szCs w:val="32"/>
      </w:rPr>
      <w:t>Fundusze</w:t>
    </w:r>
    <w:proofErr w:type="spellEnd"/>
    <w:r w:rsidRPr="00856A90">
      <w:rPr>
        <w:rFonts w:cs="Arial"/>
        <w:sz w:val="22"/>
        <w:szCs w:val="32"/>
      </w:rPr>
      <w:t xml:space="preserve"> </w:t>
    </w:r>
    <w:proofErr w:type="spellStart"/>
    <w:r w:rsidRPr="00856A90">
      <w:rPr>
        <w:rFonts w:cs="Arial"/>
        <w:sz w:val="22"/>
        <w:szCs w:val="32"/>
      </w:rPr>
      <w:t>Europejskie</w:t>
    </w:r>
    <w:proofErr w:type="spellEnd"/>
    <w:r w:rsidRPr="00856A90">
      <w:rPr>
        <w:rFonts w:cs="Arial"/>
        <w:sz w:val="22"/>
        <w:szCs w:val="32"/>
      </w:rPr>
      <w:t xml:space="preserve"> </w:t>
    </w:r>
    <w:proofErr w:type="spellStart"/>
    <w:r w:rsidRPr="00856A90">
      <w:rPr>
        <w:rFonts w:cs="Arial"/>
        <w:sz w:val="22"/>
        <w:szCs w:val="32"/>
      </w:rPr>
      <w:t>dla</w:t>
    </w:r>
    <w:proofErr w:type="spellEnd"/>
    <w:r w:rsidRPr="00856A90">
      <w:rPr>
        <w:rFonts w:cs="Arial"/>
        <w:sz w:val="22"/>
        <w:szCs w:val="32"/>
      </w:rPr>
      <w:t xml:space="preserve"> </w:t>
    </w:r>
    <w:proofErr w:type="spellStart"/>
    <w:r w:rsidRPr="00856A90">
      <w:rPr>
        <w:rFonts w:cs="Arial"/>
        <w:sz w:val="22"/>
        <w:szCs w:val="32"/>
      </w:rPr>
      <w:t>Pomorza</w:t>
    </w:r>
    <w:proofErr w:type="spellEnd"/>
    <w:r w:rsidRPr="00856A90">
      <w:rPr>
        <w:rFonts w:cs="Arial"/>
        <w:sz w:val="22"/>
        <w:szCs w:val="32"/>
      </w:rPr>
      <w:t xml:space="preserve"> 2021-2027</w:t>
    </w:r>
  </w:p>
  <w:bookmarkEnd w:id="0"/>
  <w:p w14:paraId="470C6558" w14:textId="77777777" w:rsidR="000E0CA5" w:rsidRPr="00BB0019" w:rsidRDefault="000E0CA5" w:rsidP="00BB0019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3B857" w14:textId="77777777" w:rsidR="00856A90" w:rsidRDefault="00856A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4CF9B3" w14:textId="77777777" w:rsidR="00655481" w:rsidRDefault="00655481">
      <w:pPr>
        <w:spacing w:line="240" w:lineRule="auto"/>
      </w:pPr>
      <w:r>
        <w:separator/>
      </w:r>
    </w:p>
  </w:footnote>
  <w:footnote w:type="continuationSeparator" w:id="0">
    <w:p w14:paraId="731D3B9C" w14:textId="77777777" w:rsidR="00655481" w:rsidRDefault="0065548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09F01" w14:textId="77777777" w:rsidR="00856A90" w:rsidRDefault="00856A9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43C75" w14:textId="77777777" w:rsidR="000E0CA5" w:rsidRDefault="00BB0019" w:rsidP="00BB0019">
    <w:pPr>
      <w:pStyle w:val="Nagwek"/>
    </w:pPr>
    <w:r>
      <w:rPr>
        <w:noProof/>
      </w:rPr>
      <w:drawing>
        <wp:inline distT="0" distB="0" distL="0" distR="0" wp14:anchorId="1FF2A85E" wp14:editId="3B31DC0A">
          <wp:extent cx="6052782" cy="669925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5845" cy="6702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9D01FCF" w14:textId="77777777" w:rsidR="00BB0019" w:rsidRPr="00BB0019" w:rsidRDefault="00BB0019" w:rsidP="00BB001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8308F" w14:textId="77777777" w:rsidR="00856A90" w:rsidRDefault="00856A9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0CA5"/>
    <w:rsid w:val="0015074B"/>
    <w:rsid w:val="001D26B1"/>
    <w:rsid w:val="0025293A"/>
    <w:rsid w:val="0029639D"/>
    <w:rsid w:val="0032398B"/>
    <w:rsid w:val="00326F90"/>
    <w:rsid w:val="0034111E"/>
    <w:rsid w:val="00347770"/>
    <w:rsid w:val="004B0F10"/>
    <w:rsid w:val="00655481"/>
    <w:rsid w:val="006F50A2"/>
    <w:rsid w:val="00856A90"/>
    <w:rsid w:val="00AA1D8D"/>
    <w:rsid w:val="00B47730"/>
    <w:rsid w:val="00BB0019"/>
    <w:rsid w:val="00BD71C5"/>
    <w:rsid w:val="00CB0664"/>
    <w:rsid w:val="00D42461"/>
    <w:rsid w:val="00EC5C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50C24C"/>
  <w14:defaultImageDpi w14:val="300"/>
  <w15:docId w15:val="{6C0346C9-436A-4931-8853-A22F833BC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/>
    </w:pPr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306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– oświadczenie o wcześniejszej rezygnacji z udziału w projekcie</dc:title>
  <dc:subject>Projekt Rozwój edukacji przedszkolnej w Gminie Luzino</dc:subject>
  <dc:creator>python-docx</dc:creator>
  <cp:keywords/>
  <dc:description>Wersja dostosowana do poprawionego Regulaminu rekrutacji i uczestnictwa.</dc:description>
  <cp:lastModifiedBy>Dawid</cp:lastModifiedBy>
  <cp:revision>10</cp:revision>
  <dcterms:created xsi:type="dcterms:W3CDTF">2013-12-23T23:15:00Z</dcterms:created>
  <dcterms:modified xsi:type="dcterms:W3CDTF">2026-09-17T08:54:00Z</dcterms:modified>
  <cp:category/>
</cp:coreProperties>
</file>