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CAF93" w14:textId="45AF20BA" w:rsidR="00317D3D" w:rsidRPr="00852D57" w:rsidRDefault="00220124" w:rsidP="00C71DA5">
      <w:pPr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852D57">
        <w:rPr>
          <w:rFonts w:cs="Arial"/>
          <w:b/>
          <w:sz w:val="24"/>
          <w:szCs w:val="24"/>
        </w:rPr>
        <w:t xml:space="preserve">ZAŁĄCZNIK NR </w:t>
      </w:r>
      <w:r w:rsidR="00E22BCA" w:rsidRPr="00852D57">
        <w:rPr>
          <w:rFonts w:cs="Arial"/>
          <w:b/>
          <w:sz w:val="24"/>
          <w:szCs w:val="24"/>
        </w:rPr>
        <w:t>7</w:t>
      </w:r>
    </w:p>
    <w:p w14:paraId="39B861A9" w14:textId="77777777" w:rsidR="00317D3D" w:rsidRPr="00852D57" w:rsidRDefault="00220124" w:rsidP="00C71DA5">
      <w:pPr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852D57">
        <w:rPr>
          <w:rFonts w:cs="Arial"/>
          <w:b/>
          <w:sz w:val="24"/>
          <w:szCs w:val="24"/>
        </w:rPr>
        <w:t>ZBIORCZA KARTA ZAKOŃCZENIA UDZIAŁU W PROJEKCIE</w:t>
      </w:r>
    </w:p>
    <w:p w14:paraId="71876044" w14:textId="77777777" w:rsidR="00317D3D" w:rsidRPr="00852D57" w:rsidRDefault="00220124" w:rsidP="00C71DA5">
      <w:pPr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852D57">
        <w:rPr>
          <w:rFonts w:cs="Arial"/>
          <w:b/>
          <w:sz w:val="24"/>
          <w:szCs w:val="24"/>
        </w:rPr>
        <w:t>I SYTUACJI UCZESTNIKÓW PO OPUSZCZENIU PROJEKTU</w:t>
      </w:r>
    </w:p>
    <w:p w14:paraId="718502AB" w14:textId="77777777" w:rsidR="00317D3D" w:rsidRPr="00852D57" w:rsidRDefault="00220124" w:rsidP="00C71DA5">
      <w:pPr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852D57">
        <w:rPr>
          <w:rFonts w:cs="Arial"/>
          <w:sz w:val="24"/>
          <w:szCs w:val="24"/>
        </w:rPr>
        <w:t>„Program rozwoju edukacji przedszkolnej w Gminie Parchowo”</w:t>
        <w:br/>
        <w:t>nr FEPM.05.07-IZ.00-0030/26</w:t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r w:rsidRPr="00852D57">
        <w:rPr>
          <w:rFonts w:cs="Arial"/>
          <w:sz w:val="24"/>
          <w:szCs w:val="24"/>
        </w:rPr>
      </w:r>
    </w:p>
    <w:tbl>
      <w:tblPr>
        <w:tblW w:w="0" w:type="auto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3324"/>
      </w:tblGrid>
      <w:tr w:rsidR="00852D57" w:rsidRPr="00852D57" w14:paraId="01A263C1" w14:textId="77777777" w:rsidTr="00852D57">
        <w:trPr>
          <w:jc w:val="center"/>
        </w:trPr>
        <w:tc>
          <w:tcPr>
            <w:tcW w:w="13324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43E9A" w14:textId="77777777" w:rsidR="00317D3D" w:rsidRPr="00852D57" w:rsidRDefault="00220124" w:rsidP="00C71DA5">
            <w:pPr>
              <w:spacing w:before="120" w:after="120" w:line="360" w:lineRule="auto"/>
              <w:jc w:val="both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Kartę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prowadzi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upoważniony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personel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Beneficjenta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lub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OWP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na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podstawie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wiarygodnej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dokumentacji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źródłowej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.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Każdy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uczestnik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jest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wykazywany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w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odrębnym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wierszu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.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Nie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grupuje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się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uczestników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według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identycznych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wyników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.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Podpis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uczestnika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,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rodzica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lub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opiekuna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prawnego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nie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jest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wymagany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,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jeżeli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informacja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wynika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z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dokumentacji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projektu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lub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OWP.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Kartę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można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prowadzić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i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aktualizować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w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postaci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elektronicznej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;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tabelę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rozszerza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się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o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kolejne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wiersze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odpowiednio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do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liczby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uczestników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>.</w:t>
            </w:r>
          </w:p>
        </w:tc>
      </w:tr>
    </w:tbl>
    <w:p w14:paraId="4DD9935E" w14:textId="77777777" w:rsidR="00317D3D" w:rsidRPr="00852D57" w:rsidRDefault="00317D3D" w:rsidP="00C71DA5">
      <w:pPr>
        <w:spacing w:before="120" w:after="120" w:line="360" w:lineRule="auto"/>
        <w:rPr>
          <w:rFonts w:cs="Arial"/>
          <w:sz w:val="24"/>
          <w:szCs w:val="24"/>
        </w:rPr>
      </w:pPr>
    </w:p>
    <w:p w14:paraId="2EF75617" w14:textId="77777777" w:rsidR="00317D3D" w:rsidRPr="00852D57" w:rsidRDefault="00220124" w:rsidP="00C71DA5">
      <w:pPr>
        <w:pStyle w:val="Nagwek1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852D57">
        <w:rPr>
          <w:rFonts w:ascii="Arial" w:hAnsi="Arial" w:cs="Arial"/>
          <w:color w:val="auto"/>
          <w:sz w:val="24"/>
          <w:szCs w:val="24"/>
        </w:rPr>
        <w:t>I. ZESTAWIENIE ZBIORCZE – DZIECI</w:t>
      </w:r>
    </w:p>
    <w:p w14:paraId="61AE8699" w14:textId="77777777" w:rsidR="00317D3D" w:rsidRPr="00852D57" w:rsidRDefault="00220124" w:rsidP="00C71DA5">
      <w:pPr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852D57">
        <w:rPr>
          <w:rFonts w:cs="Arial"/>
          <w:b/>
          <w:sz w:val="24"/>
          <w:szCs w:val="24"/>
        </w:rPr>
        <w:t>Źródło</w:t>
      </w:r>
      <w:proofErr w:type="spellEnd"/>
      <w:r w:rsidRPr="00852D57">
        <w:rPr>
          <w:rFonts w:cs="Arial"/>
          <w:b/>
          <w:sz w:val="24"/>
          <w:szCs w:val="24"/>
        </w:rPr>
        <w:t xml:space="preserve"> </w:t>
      </w:r>
      <w:proofErr w:type="spellStart"/>
      <w:r w:rsidRPr="00852D57">
        <w:rPr>
          <w:rFonts w:cs="Arial"/>
          <w:b/>
          <w:sz w:val="24"/>
          <w:szCs w:val="24"/>
        </w:rPr>
        <w:t>danych</w:t>
      </w:r>
      <w:proofErr w:type="spellEnd"/>
      <w:r w:rsidRPr="00852D57">
        <w:rPr>
          <w:rFonts w:cs="Arial"/>
          <w:b/>
          <w:sz w:val="24"/>
          <w:szCs w:val="24"/>
        </w:rPr>
        <w:t xml:space="preserve">: </w:t>
      </w:r>
      <w:proofErr w:type="spellStart"/>
      <w:r w:rsidRPr="00852D57">
        <w:rPr>
          <w:rFonts w:cs="Arial"/>
          <w:sz w:val="24"/>
          <w:szCs w:val="24"/>
        </w:rPr>
        <w:t>dziennik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zajęć</w:t>
      </w:r>
      <w:proofErr w:type="spellEnd"/>
      <w:r w:rsidRPr="00852D57">
        <w:rPr>
          <w:rFonts w:cs="Arial"/>
          <w:sz w:val="24"/>
          <w:szCs w:val="24"/>
        </w:rPr>
        <w:t xml:space="preserve">, w </w:t>
      </w:r>
      <w:proofErr w:type="spellStart"/>
      <w:r w:rsidRPr="00852D57">
        <w:rPr>
          <w:rFonts w:cs="Arial"/>
          <w:sz w:val="24"/>
          <w:szCs w:val="24"/>
        </w:rPr>
        <w:t>którym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prowadzący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odnotowuje</w:t>
      </w:r>
      <w:proofErr w:type="spellEnd"/>
      <w:r w:rsidRPr="00852D57">
        <w:rPr>
          <w:rFonts w:cs="Arial"/>
          <w:sz w:val="24"/>
          <w:szCs w:val="24"/>
        </w:rPr>
        <w:t xml:space="preserve">, </w:t>
      </w:r>
      <w:proofErr w:type="spellStart"/>
      <w:r w:rsidRPr="00852D57">
        <w:rPr>
          <w:rFonts w:cs="Arial"/>
          <w:sz w:val="24"/>
          <w:szCs w:val="24"/>
        </w:rPr>
        <w:t>czy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dziecko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zakończyło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udział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zgodnie</w:t>
      </w:r>
      <w:proofErr w:type="spellEnd"/>
      <w:r w:rsidRPr="00852D57">
        <w:rPr>
          <w:rFonts w:cs="Arial"/>
          <w:sz w:val="24"/>
          <w:szCs w:val="24"/>
        </w:rPr>
        <w:t xml:space="preserve"> z </w:t>
      </w:r>
      <w:proofErr w:type="spellStart"/>
      <w:r w:rsidRPr="00852D57">
        <w:rPr>
          <w:rFonts w:cs="Arial"/>
          <w:sz w:val="24"/>
          <w:szCs w:val="24"/>
        </w:rPr>
        <w:t>zaplanowaną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ścieżką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uczestnictwa</w:t>
      </w:r>
      <w:proofErr w:type="spellEnd"/>
      <w:r w:rsidRPr="00852D57">
        <w:rPr>
          <w:rFonts w:cs="Arial"/>
          <w:sz w:val="24"/>
          <w:szCs w:val="24"/>
        </w:rPr>
        <w:t xml:space="preserve">. </w:t>
      </w:r>
      <w:r w:rsidRPr="00852D57">
        <w:rPr>
          <w:rFonts w:cs="Arial"/>
          <w:i/>
          <w:sz w:val="24"/>
          <w:szCs w:val="24"/>
        </w:rPr>
        <w:t xml:space="preserve">W </w:t>
      </w:r>
      <w:proofErr w:type="spellStart"/>
      <w:r w:rsidRPr="00852D57">
        <w:rPr>
          <w:rFonts w:cs="Arial"/>
          <w:i/>
          <w:sz w:val="24"/>
          <w:szCs w:val="24"/>
        </w:rPr>
        <w:t>przypadku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wcześniejszej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rezygnacji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stosuje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się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również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dokumentację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określoną</w:t>
      </w:r>
      <w:proofErr w:type="spellEnd"/>
      <w:r w:rsidRPr="00852D57">
        <w:rPr>
          <w:rFonts w:cs="Arial"/>
          <w:i/>
          <w:sz w:val="24"/>
          <w:szCs w:val="24"/>
        </w:rPr>
        <w:t xml:space="preserve"> w </w:t>
      </w:r>
      <w:proofErr w:type="spellStart"/>
      <w:r w:rsidRPr="00852D57">
        <w:rPr>
          <w:rFonts w:cs="Arial"/>
          <w:i/>
          <w:sz w:val="24"/>
          <w:szCs w:val="24"/>
        </w:rPr>
        <w:t>Regulaminie</w:t>
      </w:r>
      <w:proofErr w:type="spellEnd"/>
      <w:r w:rsidRPr="00852D57">
        <w:rPr>
          <w:rFonts w:cs="Arial"/>
          <w:i/>
          <w:sz w:val="24"/>
          <w:szCs w:val="24"/>
        </w:rPr>
        <w:t>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29"/>
        <w:gridCol w:w="2920"/>
        <w:gridCol w:w="1729"/>
        <w:gridCol w:w="1729"/>
        <w:gridCol w:w="2353"/>
        <w:gridCol w:w="1984"/>
      </w:tblGrid>
      <w:tr w:rsidR="00852D57" w:rsidRPr="00852D57" w14:paraId="48975CB8" w14:textId="77777777" w:rsidTr="00852D57">
        <w:trPr>
          <w:cantSplit/>
          <w:tblHeader/>
          <w:jc w:val="center"/>
        </w:trPr>
        <w:tc>
          <w:tcPr>
            <w:tcW w:w="369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6E780A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Lp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>.</w:t>
            </w:r>
          </w:p>
        </w:tc>
        <w:tc>
          <w:tcPr>
            <w:tcW w:w="2920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001D61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dziecka</w:t>
            </w:r>
            <w:proofErr w:type="spellEnd"/>
          </w:p>
        </w:tc>
        <w:tc>
          <w:tcPr>
            <w:tcW w:w="709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73F4EB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b/>
                <w:sz w:val="24"/>
                <w:szCs w:val="24"/>
              </w:rPr>
              <w:t>OWP</w:t>
            </w:r>
          </w:p>
        </w:tc>
        <w:tc>
          <w:tcPr>
            <w:tcW w:w="1361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87BDAD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b/>
                <w:sz w:val="24"/>
                <w:szCs w:val="24"/>
              </w:rPr>
              <w:t xml:space="preserve">Data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zakończenia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udziału</w:t>
            </w:r>
            <w:proofErr w:type="spellEnd"/>
          </w:p>
        </w:tc>
        <w:tc>
          <w:tcPr>
            <w:tcW w:w="2353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847BAC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Zakończyło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udział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zgodnie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z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zaplanowaną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ścieżką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br/>
              <w:t>TAK / NIE</w:t>
            </w:r>
          </w:p>
        </w:tc>
        <w:tc>
          <w:tcPr>
            <w:tcW w:w="1984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896FEB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Uwagi</w:t>
            </w:r>
            <w:proofErr w:type="spellEnd"/>
          </w:p>
        </w:tc>
      </w:tr>
      <w:tr w:rsidR="00852D57" w:rsidRPr="00852D57" w14:paraId="7BC95AE4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CCCA38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76BC34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1F0C7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2D97C1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23AA3F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46F24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0B3B683C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B0D981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9533A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EB8F5E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E7F32C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68B9B9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A9C6C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6284B0A2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1A7229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9A3063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3F2739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D0923F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873AE1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EA81DB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51C8937B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791D48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651240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79D27A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8C792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0F7C31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1C4D26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3DF1B8B7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CEA602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C369C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BDC2F9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ED8F78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A5AD3B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F3AAF1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19700A2D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482429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A0375F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7928BA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1C530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A9AC6E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48A1B2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01FCCCFB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431206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175A6D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F4F75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C0B1AD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6CE5D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B9E7C3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280EE4F2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5061F1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8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CA5390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F4933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C00E3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EDB257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DF781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453114BE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71E28B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lastRenderedPageBreak/>
              <w:t>9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0CC50A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EFE29B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D5233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B48C5D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7972AC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675160D5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F588DB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8FE625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7CCFD6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3E400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2A1232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08EBF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784F3285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FCC031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11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65F875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F9867B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A8FEC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42762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BA8A0E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1B219BC4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5206D7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12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DD1696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B83FF9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7B183D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5D9B6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1F7D95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7361717C" w14:textId="77777777" w:rsidR="00317D3D" w:rsidRPr="00852D57" w:rsidRDefault="00220124" w:rsidP="00C71DA5">
      <w:pPr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852D57">
        <w:rPr>
          <w:rFonts w:cs="Arial"/>
          <w:i/>
          <w:sz w:val="24"/>
          <w:szCs w:val="24"/>
        </w:rPr>
        <w:t>Nie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zbiera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się</w:t>
      </w:r>
      <w:proofErr w:type="spellEnd"/>
      <w:r w:rsidRPr="00852D57">
        <w:rPr>
          <w:rFonts w:cs="Arial"/>
          <w:i/>
          <w:sz w:val="24"/>
          <w:szCs w:val="24"/>
        </w:rPr>
        <w:t xml:space="preserve"> w </w:t>
      </w:r>
      <w:proofErr w:type="spellStart"/>
      <w:r w:rsidRPr="00852D57">
        <w:rPr>
          <w:rFonts w:cs="Arial"/>
          <w:i/>
          <w:sz w:val="24"/>
          <w:szCs w:val="24"/>
        </w:rPr>
        <w:t>tej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części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danych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dotyczących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zatrudnienia</w:t>
      </w:r>
      <w:proofErr w:type="spellEnd"/>
      <w:r w:rsidRPr="00852D57">
        <w:rPr>
          <w:rFonts w:cs="Arial"/>
          <w:i/>
          <w:sz w:val="24"/>
          <w:szCs w:val="24"/>
        </w:rPr>
        <w:t xml:space="preserve"> ani </w:t>
      </w:r>
      <w:proofErr w:type="spellStart"/>
      <w:r w:rsidRPr="00852D57">
        <w:rPr>
          <w:rFonts w:cs="Arial"/>
          <w:i/>
          <w:sz w:val="24"/>
          <w:szCs w:val="24"/>
        </w:rPr>
        <w:t>podjęcia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kształcenia</w:t>
      </w:r>
      <w:proofErr w:type="spellEnd"/>
      <w:r w:rsidRPr="00852D57">
        <w:rPr>
          <w:rFonts w:cs="Arial"/>
          <w:i/>
          <w:sz w:val="24"/>
          <w:szCs w:val="24"/>
        </w:rPr>
        <w:t>/</w:t>
      </w:r>
      <w:proofErr w:type="spellStart"/>
      <w:r w:rsidRPr="00852D57">
        <w:rPr>
          <w:rFonts w:cs="Arial"/>
          <w:i/>
          <w:sz w:val="24"/>
          <w:szCs w:val="24"/>
        </w:rPr>
        <w:t>szkolenia</w:t>
      </w:r>
      <w:proofErr w:type="spellEnd"/>
      <w:r w:rsidRPr="00852D57">
        <w:rPr>
          <w:rFonts w:cs="Arial"/>
          <w:i/>
          <w:sz w:val="24"/>
          <w:szCs w:val="24"/>
        </w:rPr>
        <w:t xml:space="preserve"> po </w:t>
      </w:r>
      <w:proofErr w:type="spellStart"/>
      <w:r w:rsidRPr="00852D57">
        <w:rPr>
          <w:rFonts w:cs="Arial"/>
          <w:i/>
          <w:sz w:val="24"/>
          <w:szCs w:val="24"/>
        </w:rPr>
        <w:t>opuszczeniu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projektu</w:t>
      </w:r>
      <w:proofErr w:type="spellEnd"/>
      <w:r w:rsidRPr="00852D57">
        <w:rPr>
          <w:rFonts w:cs="Arial"/>
          <w:i/>
          <w:sz w:val="24"/>
          <w:szCs w:val="24"/>
        </w:rPr>
        <w:t xml:space="preserve">, </w:t>
      </w:r>
      <w:proofErr w:type="spellStart"/>
      <w:r w:rsidRPr="00852D57">
        <w:rPr>
          <w:rFonts w:cs="Arial"/>
          <w:i/>
          <w:sz w:val="24"/>
          <w:szCs w:val="24"/>
        </w:rPr>
        <w:t>jeżeli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nie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dotyczą</w:t>
      </w:r>
      <w:proofErr w:type="spellEnd"/>
      <w:r w:rsidRPr="00852D57">
        <w:rPr>
          <w:rFonts w:cs="Arial"/>
          <w:i/>
          <w:sz w:val="24"/>
          <w:szCs w:val="24"/>
        </w:rPr>
        <w:t xml:space="preserve"> one </w:t>
      </w:r>
      <w:proofErr w:type="spellStart"/>
      <w:r w:rsidRPr="00852D57">
        <w:rPr>
          <w:rFonts w:cs="Arial"/>
          <w:i/>
          <w:sz w:val="24"/>
          <w:szCs w:val="24"/>
        </w:rPr>
        <w:t>dzieci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objętych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wsparciem</w:t>
      </w:r>
      <w:proofErr w:type="spellEnd"/>
      <w:r w:rsidRPr="00852D57">
        <w:rPr>
          <w:rFonts w:cs="Arial"/>
          <w:i/>
          <w:sz w:val="24"/>
          <w:szCs w:val="24"/>
        </w:rPr>
        <w:t>.</w:t>
      </w:r>
    </w:p>
    <w:p w14:paraId="7C4BA697" w14:textId="77777777" w:rsidR="00317D3D" w:rsidRPr="00852D57" w:rsidRDefault="00220124" w:rsidP="00C71DA5">
      <w:pPr>
        <w:spacing w:before="120" w:after="120" w:line="360" w:lineRule="auto"/>
        <w:rPr>
          <w:rFonts w:cs="Arial"/>
          <w:sz w:val="24"/>
          <w:szCs w:val="24"/>
        </w:rPr>
      </w:pPr>
      <w:r w:rsidRPr="00852D57">
        <w:rPr>
          <w:rFonts w:cs="Arial"/>
          <w:sz w:val="24"/>
          <w:szCs w:val="24"/>
        </w:rPr>
        <w:br w:type="page"/>
      </w:r>
    </w:p>
    <w:p w14:paraId="7D42FB7E" w14:textId="77777777" w:rsidR="00317D3D" w:rsidRPr="00852D57" w:rsidRDefault="00220124" w:rsidP="00C71DA5">
      <w:pPr>
        <w:pStyle w:val="Nagwek1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852D57">
        <w:rPr>
          <w:rFonts w:ascii="Arial" w:hAnsi="Arial" w:cs="Arial"/>
          <w:color w:val="auto"/>
          <w:sz w:val="24"/>
          <w:szCs w:val="24"/>
        </w:rPr>
        <w:lastRenderedPageBreak/>
        <w:t>II. ZESTAWIENIE ZBIORCZE – NAUCZYCIELE / NAUCZYCIELKI</w:t>
      </w:r>
    </w:p>
    <w:p w14:paraId="0DB70EBB" w14:textId="731C5E4A" w:rsidR="00317D3D" w:rsidRPr="00852D57" w:rsidRDefault="00220124" w:rsidP="00C71DA5">
      <w:pPr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852D57">
        <w:rPr>
          <w:rFonts w:cs="Arial"/>
          <w:b/>
          <w:sz w:val="24"/>
          <w:szCs w:val="24"/>
        </w:rPr>
        <w:t>Źródło danych: dzienniki szkoleń i dokumenty walidacji kompetencji, zaświadczenia potwierdzające nabycie kompetencji, a w przypadku studiów podyplomowych dyplom ukończenia. Wynik ujmuje się zgodnie z właściwą definicją wskaźnika. Pomiar rezultatu nauczycieli następuje do 4 tygodni od zakończenia udziału.</w:t>
      </w:r>
      <w:proofErr w:type="spellEnd"/>
      <w:r w:rsidRPr="00852D57">
        <w:rPr>
          <w:rFonts w:cs="Arial"/>
          <w:b/>
          <w:sz w:val="24"/>
          <w:szCs w:val="24"/>
        </w:rPr>
      </w:r>
      <w:proofErr w:type="spellStart"/>
      <w:r w:rsidRPr="00852D57">
        <w:rPr>
          <w:rFonts w:cs="Arial"/>
          <w:b/>
          <w:sz w:val="24"/>
          <w:szCs w:val="24"/>
        </w:rPr>
      </w:r>
      <w:proofErr w:type="spellEnd"/>
      <w:r w:rsidRPr="00852D57">
        <w:rPr>
          <w:rFonts w:cs="Arial"/>
          <w:b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b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  <w:proofErr w:type="spellStart"/>
      <w:r w:rsidRPr="00852D57">
        <w:rPr>
          <w:rFonts w:cs="Arial"/>
          <w:sz w:val="24"/>
          <w:szCs w:val="24"/>
        </w:rPr>
      </w:r>
      <w:proofErr w:type="spellEnd"/>
      <w:r w:rsidRPr="00852D57">
        <w:rPr>
          <w:rFonts w:cs="Arial"/>
          <w:sz w:val="24"/>
          <w:szCs w:val="24"/>
        </w:rPr>
      </w:r>
    </w:p>
    <w:p w14:paraId="225A36CB" w14:textId="77D9EC7B" w:rsidR="00A875C7" w:rsidRPr="00852D57" w:rsidRDefault="00A875C7" w:rsidP="00C71DA5">
      <w:pPr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852D57">
        <w:rPr>
          <w:rFonts w:cs="Arial"/>
          <w:sz w:val="24"/>
          <w:szCs w:val="24"/>
        </w:rPr>
        <w:t>Informację</w:t>
      </w:r>
      <w:proofErr w:type="spellEnd"/>
      <w:r w:rsidRPr="00852D57">
        <w:rPr>
          <w:rFonts w:cs="Arial"/>
          <w:sz w:val="24"/>
          <w:szCs w:val="24"/>
        </w:rPr>
        <w:t xml:space="preserve"> o </w:t>
      </w:r>
      <w:proofErr w:type="spellStart"/>
      <w:r w:rsidRPr="00852D57">
        <w:rPr>
          <w:rFonts w:cs="Arial"/>
          <w:sz w:val="24"/>
          <w:szCs w:val="24"/>
        </w:rPr>
        <w:t>podjęciu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kształcenia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lub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szkolenia</w:t>
      </w:r>
      <w:proofErr w:type="spellEnd"/>
      <w:r w:rsidRPr="00852D57">
        <w:rPr>
          <w:rFonts w:cs="Arial"/>
          <w:sz w:val="24"/>
          <w:szCs w:val="24"/>
        </w:rPr>
        <w:t xml:space="preserve"> po </w:t>
      </w:r>
      <w:proofErr w:type="spellStart"/>
      <w:r w:rsidRPr="00852D57">
        <w:rPr>
          <w:rFonts w:cs="Arial"/>
          <w:sz w:val="24"/>
          <w:szCs w:val="24"/>
        </w:rPr>
        <w:t>opuszczeniu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projektu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uzupełnia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się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wyłącznie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wtedy</w:t>
      </w:r>
      <w:proofErr w:type="spellEnd"/>
      <w:r w:rsidRPr="00852D57">
        <w:rPr>
          <w:rFonts w:cs="Arial"/>
          <w:sz w:val="24"/>
          <w:szCs w:val="24"/>
        </w:rPr>
        <w:t xml:space="preserve">, </w:t>
      </w:r>
      <w:proofErr w:type="spellStart"/>
      <w:r w:rsidRPr="00852D57">
        <w:rPr>
          <w:rFonts w:cs="Arial"/>
          <w:sz w:val="24"/>
          <w:szCs w:val="24"/>
        </w:rPr>
        <w:t>gdy</w:t>
      </w:r>
      <w:proofErr w:type="spellEnd"/>
      <w:r w:rsidRPr="00852D57">
        <w:rPr>
          <w:rFonts w:cs="Arial"/>
          <w:sz w:val="24"/>
          <w:szCs w:val="24"/>
        </w:rPr>
        <w:t xml:space="preserve"> jest </w:t>
      </w:r>
      <w:proofErr w:type="spellStart"/>
      <w:r w:rsidRPr="00852D57">
        <w:rPr>
          <w:rFonts w:cs="Arial"/>
          <w:sz w:val="24"/>
          <w:szCs w:val="24"/>
        </w:rPr>
        <w:t>wymagana</w:t>
      </w:r>
      <w:proofErr w:type="spellEnd"/>
      <w:r w:rsidRPr="00852D57">
        <w:rPr>
          <w:rFonts w:cs="Arial"/>
          <w:sz w:val="24"/>
          <w:szCs w:val="24"/>
        </w:rPr>
        <w:t xml:space="preserve"> do </w:t>
      </w:r>
      <w:proofErr w:type="spellStart"/>
      <w:r w:rsidRPr="00852D57">
        <w:rPr>
          <w:rFonts w:cs="Arial"/>
          <w:sz w:val="24"/>
          <w:szCs w:val="24"/>
        </w:rPr>
        <w:t>pomiaru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właściwego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dla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uczestnika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wskaźnika</w:t>
      </w:r>
      <w:proofErr w:type="spellEnd"/>
      <w:r w:rsidRPr="00852D57">
        <w:rPr>
          <w:rFonts w:cs="Arial"/>
          <w:sz w:val="24"/>
          <w:szCs w:val="24"/>
        </w:rPr>
        <w:t xml:space="preserve">. W </w:t>
      </w:r>
      <w:proofErr w:type="spellStart"/>
      <w:r w:rsidRPr="00852D57">
        <w:rPr>
          <w:rFonts w:cs="Arial"/>
          <w:sz w:val="24"/>
          <w:szCs w:val="24"/>
        </w:rPr>
        <w:t>pozostałych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przypadkach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wpisuje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się</w:t>
      </w:r>
      <w:proofErr w:type="spellEnd"/>
      <w:r w:rsidRPr="00852D57">
        <w:rPr>
          <w:rFonts w:cs="Arial"/>
          <w:sz w:val="24"/>
          <w:szCs w:val="24"/>
        </w:rPr>
        <w:t xml:space="preserve"> „NIE DOTYCZY”. W </w:t>
      </w:r>
      <w:proofErr w:type="spellStart"/>
      <w:r w:rsidRPr="00852D57">
        <w:rPr>
          <w:rFonts w:cs="Arial"/>
          <w:sz w:val="24"/>
          <w:szCs w:val="24"/>
        </w:rPr>
        <w:t>pierwszej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kolejności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wykorzystuje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się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informacje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znajdujące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się</w:t>
      </w:r>
      <w:proofErr w:type="spellEnd"/>
      <w:r w:rsidRPr="00852D57">
        <w:rPr>
          <w:rFonts w:cs="Arial"/>
          <w:sz w:val="24"/>
          <w:szCs w:val="24"/>
        </w:rPr>
        <w:t xml:space="preserve"> w </w:t>
      </w:r>
      <w:proofErr w:type="spellStart"/>
      <w:r w:rsidRPr="00852D57">
        <w:rPr>
          <w:rFonts w:cs="Arial"/>
          <w:sz w:val="24"/>
          <w:szCs w:val="24"/>
        </w:rPr>
        <w:t>dokumentacji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Beneficjenta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lub</w:t>
      </w:r>
      <w:proofErr w:type="spellEnd"/>
      <w:r w:rsidRPr="00852D57">
        <w:rPr>
          <w:rFonts w:cs="Arial"/>
          <w:sz w:val="24"/>
          <w:szCs w:val="24"/>
        </w:rPr>
        <w:t xml:space="preserve"> OWP. </w:t>
      </w:r>
      <w:proofErr w:type="spellStart"/>
      <w:r w:rsidRPr="00852D57">
        <w:rPr>
          <w:rFonts w:cs="Arial"/>
          <w:sz w:val="24"/>
          <w:szCs w:val="24"/>
        </w:rPr>
        <w:t>Jeżeli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są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niewystarczające</w:t>
      </w:r>
      <w:proofErr w:type="spellEnd"/>
      <w:r w:rsidRPr="00852D57">
        <w:rPr>
          <w:rFonts w:cs="Arial"/>
          <w:sz w:val="24"/>
          <w:szCs w:val="24"/>
        </w:rPr>
        <w:t xml:space="preserve">, </w:t>
      </w:r>
      <w:proofErr w:type="spellStart"/>
      <w:r w:rsidRPr="00852D57">
        <w:rPr>
          <w:rFonts w:cs="Arial"/>
          <w:sz w:val="24"/>
          <w:szCs w:val="24"/>
        </w:rPr>
        <w:t>brakujące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informacje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można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uzyskać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od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uczestnika</w:t>
      </w:r>
      <w:proofErr w:type="spellEnd"/>
      <w:r w:rsidRPr="00852D57">
        <w:rPr>
          <w:rFonts w:cs="Arial"/>
          <w:sz w:val="24"/>
          <w:szCs w:val="24"/>
        </w:rPr>
        <w:t xml:space="preserve"> w </w:t>
      </w:r>
      <w:proofErr w:type="spellStart"/>
      <w:r w:rsidRPr="00852D57">
        <w:rPr>
          <w:rFonts w:cs="Arial"/>
          <w:sz w:val="24"/>
          <w:szCs w:val="24"/>
        </w:rPr>
        <w:t>ramach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bieżącej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korespondencji</w:t>
      </w:r>
      <w:proofErr w:type="spellEnd"/>
      <w:r w:rsidRPr="00852D57">
        <w:rPr>
          <w:rFonts w:cs="Arial"/>
          <w:sz w:val="24"/>
          <w:szCs w:val="24"/>
        </w:rPr>
        <w:t xml:space="preserve"> e-mail, bez </w:t>
      </w:r>
      <w:proofErr w:type="spellStart"/>
      <w:r w:rsidRPr="00852D57">
        <w:rPr>
          <w:rFonts w:cs="Arial"/>
          <w:sz w:val="24"/>
          <w:szCs w:val="24"/>
        </w:rPr>
        <w:t>sporządzania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odrębnego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formularza</w:t>
      </w:r>
      <w:proofErr w:type="spellEnd"/>
      <w:r w:rsidRPr="00852D57">
        <w:rPr>
          <w:rFonts w:cs="Arial"/>
          <w:sz w:val="24"/>
          <w:szCs w:val="24"/>
        </w:rPr>
        <w:t xml:space="preserve"> ani </w:t>
      </w:r>
      <w:proofErr w:type="spellStart"/>
      <w:r w:rsidRPr="00852D57">
        <w:rPr>
          <w:rFonts w:cs="Arial"/>
          <w:sz w:val="24"/>
          <w:szCs w:val="24"/>
        </w:rPr>
        <w:t>dodatkowego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podpisywanego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oświadczenia</w:t>
      </w:r>
      <w:proofErr w:type="spellEnd"/>
      <w:r w:rsidRPr="00852D57">
        <w:rPr>
          <w:rFonts w:cs="Arial"/>
          <w:sz w:val="24"/>
          <w:szCs w:val="24"/>
        </w:rPr>
        <w:t xml:space="preserve">. </w:t>
      </w:r>
      <w:proofErr w:type="spellStart"/>
      <w:r w:rsidRPr="00852D57">
        <w:rPr>
          <w:rFonts w:cs="Arial"/>
          <w:sz w:val="24"/>
          <w:szCs w:val="24"/>
        </w:rPr>
        <w:t>Korespondencję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zachowuje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się</w:t>
      </w:r>
      <w:proofErr w:type="spellEnd"/>
      <w:r w:rsidRPr="00852D57">
        <w:rPr>
          <w:rFonts w:cs="Arial"/>
          <w:sz w:val="24"/>
          <w:szCs w:val="24"/>
        </w:rPr>
        <w:t xml:space="preserve"> w </w:t>
      </w:r>
      <w:proofErr w:type="spellStart"/>
      <w:r w:rsidRPr="00852D57">
        <w:rPr>
          <w:rFonts w:cs="Arial"/>
          <w:sz w:val="24"/>
          <w:szCs w:val="24"/>
        </w:rPr>
        <w:t>dokumentacji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projektu</w:t>
      </w:r>
      <w:proofErr w:type="spellEnd"/>
      <w:r w:rsidRPr="00852D57">
        <w:rPr>
          <w:rFonts w:cs="Arial"/>
          <w:sz w:val="24"/>
          <w:szCs w:val="24"/>
        </w:rPr>
        <w:t xml:space="preserve">, a w </w:t>
      </w:r>
      <w:proofErr w:type="spellStart"/>
      <w:r w:rsidRPr="00852D57">
        <w:rPr>
          <w:rFonts w:cs="Arial"/>
          <w:sz w:val="24"/>
          <w:szCs w:val="24"/>
        </w:rPr>
        <w:t>kolumnie</w:t>
      </w:r>
      <w:proofErr w:type="spellEnd"/>
      <w:r w:rsidRPr="00852D57">
        <w:rPr>
          <w:rFonts w:cs="Arial"/>
          <w:sz w:val="24"/>
          <w:szCs w:val="24"/>
        </w:rPr>
        <w:t xml:space="preserve"> „</w:t>
      </w:r>
      <w:proofErr w:type="spellStart"/>
      <w:r w:rsidRPr="00852D57">
        <w:rPr>
          <w:rFonts w:cs="Arial"/>
          <w:sz w:val="24"/>
          <w:szCs w:val="24"/>
        </w:rPr>
        <w:t>Uwagi</w:t>
      </w:r>
      <w:proofErr w:type="spellEnd"/>
      <w:r w:rsidRPr="00852D57">
        <w:rPr>
          <w:rFonts w:cs="Arial"/>
          <w:sz w:val="24"/>
          <w:szCs w:val="24"/>
        </w:rPr>
        <w:t xml:space="preserve">” </w:t>
      </w:r>
      <w:proofErr w:type="spellStart"/>
      <w:r w:rsidRPr="00852D57">
        <w:rPr>
          <w:rFonts w:cs="Arial"/>
          <w:sz w:val="24"/>
          <w:szCs w:val="24"/>
        </w:rPr>
        <w:t>wskazuje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się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źródło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datę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uzyskania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informacji</w:t>
      </w:r>
      <w:proofErr w:type="spellEnd"/>
      <w:r w:rsidRPr="00852D57">
        <w:rPr>
          <w:rFonts w:cs="Arial"/>
          <w:sz w:val="24"/>
          <w:szCs w:val="24"/>
        </w:rPr>
        <w:t>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64"/>
        <w:gridCol w:w="2994"/>
        <w:gridCol w:w="1297"/>
        <w:gridCol w:w="1647"/>
        <w:gridCol w:w="1928"/>
        <w:gridCol w:w="1928"/>
        <w:gridCol w:w="2490"/>
        <w:gridCol w:w="2127"/>
      </w:tblGrid>
      <w:tr w:rsidR="00852D57" w:rsidRPr="00852D57" w14:paraId="176EFE49" w14:textId="77777777" w:rsidTr="00852D57">
        <w:trPr>
          <w:cantSplit/>
          <w:tblHeader/>
          <w:jc w:val="center"/>
        </w:trPr>
        <w:tc>
          <w:tcPr>
            <w:tcW w:w="764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BCDC72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Lp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>.</w:t>
            </w:r>
          </w:p>
        </w:tc>
        <w:tc>
          <w:tcPr>
            <w:tcW w:w="2994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61EA50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1297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66E44A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b/>
                <w:sz w:val="24"/>
                <w:szCs w:val="24"/>
              </w:rPr>
              <w:t>OWP</w:t>
            </w:r>
          </w:p>
        </w:tc>
        <w:tc>
          <w:tcPr>
            <w:tcW w:w="1647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50D3EF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b/>
                <w:sz w:val="24"/>
                <w:szCs w:val="24"/>
              </w:rPr>
              <w:t xml:space="preserve">Data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zakończenia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udziału</w:t>
            </w:r>
            <w:proofErr w:type="spellEnd"/>
          </w:p>
        </w:tc>
        <w:tc>
          <w:tcPr>
            <w:tcW w:w="1928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DF44A1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Zakończył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/a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udział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zgodnie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z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zaplanowaną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ścieżką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br/>
              <w:t>TAK / NIE</w:t>
            </w:r>
          </w:p>
        </w:tc>
        <w:tc>
          <w:tcPr>
            <w:tcW w:w="1928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588EEF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Wynik: kompetencje po szkoleniu / kwalifikacje po studiach / TAK / NIE / rodzaj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</w:r>
          </w:p>
        </w:tc>
        <w:tc>
          <w:tcPr>
            <w:tcW w:w="2490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703460" w14:textId="3EE3031E" w:rsidR="00317D3D" w:rsidRPr="00852D57" w:rsidRDefault="00BB763F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b/>
                <w:sz w:val="24"/>
                <w:szCs w:val="24"/>
              </w:rPr>
              <w:t>„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Podjął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>/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podjęła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kształcenie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lub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szkolenie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po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opuszczeniu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projektu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– TAK / NIE / NIE DOTYCZY”</w:t>
            </w:r>
          </w:p>
        </w:tc>
        <w:tc>
          <w:tcPr>
            <w:tcW w:w="2127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9620A4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Uwagi</w:t>
            </w:r>
            <w:proofErr w:type="spellEnd"/>
          </w:p>
        </w:tc>
      </w:tr>
      <w:tr w:rsidR="00852D57" w:rsidRPr="00852D57" w14:paraId="3AB911E4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1DEDAB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3386F9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CDCDBC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5A5F8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0F29F6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C9A87E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51D9B8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1A298E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5EA31849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F0217B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415ABA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4272C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39202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92F099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25108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F7B0BB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43DDDB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70AE7DAA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E7A0EE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15A055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B4968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FE7A21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9FFE5C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EDD60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37C23F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23DBA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0FB7C069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17E774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17415B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330F68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E2F056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2AC7C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3E90B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424CE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8C9833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4F7DBE17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5D347E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B39006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A9369C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A0BF0A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CD973C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2F9FE7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164937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03BD30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3E50259F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F26886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A0B34C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0B438D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2B430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B63B7A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14A76A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675D29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6DA498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6FAA6096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C02CC4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82132D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26731F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1B5AEF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7C413E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DFA6C3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0D77DF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BC6CE4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2F820593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483AC6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8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03A781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3DD728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73E476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104EEC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B07538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8DDC1A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41CDD4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1EF81E9D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1C9DCA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9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DE0981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1F5967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B59F7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B3199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E926F3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87E622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94867C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4A2B9674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BB1F2A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A7559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8B58B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D69283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BF6A02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528DF7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1D2243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B81C88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3AC92789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37AA8C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11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967E7F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7FAC78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086BBB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19D3C1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DD5F63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A155B8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625E51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696DC441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FE9201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lastRenderedPageBreak/>
              <w:t>12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340509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B1E77D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0A693E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7470A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1182C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D26E78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E4E68E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330ED665" w14:textId="77777777" w:rsidR="00317D3D" w:rsidRPr="00852D57" w:rsidRDefault="00220124" w:rsidP="00C71DA5">
      <w:pPr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852D57">
        <w:rPr>
          <w:rFonts w:cs="Arial"/>
          <w:b/>
          <w:sz w:val="24"/>
          <w:szCs w:val="24"/>
        </w:rPr>
        <w:t>Wskaźnik PLFCR02 ma urzędową nazwę odnoszącą się do kwalifikacji, lecz zgodnie z jego definicją obejmuje także nabycie kompetencji. Po szkoleniu wynik „TAK” wpisuje się po pozytywnej walidacji (cztery etapy) na podstawie zaświadczenia wymieniającego osiągnięte efekty uczenia się; po studiach – na podstawie dyplomu potwierdzającego kwalifikacje. Każdą osobę wykazuje się we wskaźniku tylko raz.</w:t>
      </w:r>
      <w:proofErr w:type="spellEnd"/>
      <w:r w:rsidRPr="00852D57">
        <w:rPr>
          <w:rFonts w:cs="Arial"/>
          <w:b/>
          <w:sz w:val="24"/>
          <w:szCs w:val="24"/>
        </w:rPr>
      </w:r>
      <w:proofErr w:type="spellStart"/>
      <w:r w:rsidRPr="00852D57">
        <w:rPr>
          <w:rFonts w:cs="Arial"/>
          <w:i/>
          <w:sz w:val="24"/>
          <w:szCs w:val="24"/>
        </w:rPr>
      </w:r>
      <w:proofErr w:type="spellEnd"/>
      <w:r w:rsidRPr="00852D57">
        <w:rPr>
          <w:rFonts w:cs="Arial"/>
          <w:i/>
          <w:sz w:val="24"/>
          <w:szCs w:val="24"/>
        </w:rPr>
      </w:r>
      <w:proofErr w:type="spellStart"/>
      <w:r w:rsidRPr="00852D57">
        <w:rPr>
          <w:rFonts w:cs="Arial"/>
          <w:i/>
          <w:sz w:val="24"/>
          <w:szCs w:val="24"/>
        </w:rPr>
      </w:r>
      <w:proofErr w:type="spellEnd"/>
      <w:r w:rsidRPr="00852D57">
        <w:rPr>
          <w:rFonts w:cs="Arial"/>
          <w:i/>
          <w:sz w:val="24"/>
          <w:szCs w:val="24"/>
        </w:rPr>
      </w:r>
      <w:proofErr w:type="spellStart"/>
      <w:r w:rsidRPr="00852D57">
        <w:rPr>
          <w:rFonts w:cs="Arial"/>
          <w:i/>
          <w:sz w:val="24"/>
          <w:szCs w:val="24"/>
        </w:rPr>
      </w:r>
      <w:proofErr w:type="spellEnd"/>
      <w:r w:rsidRPr="00852D57">
        <w:rPr>
          <w:rFonts w:cs="Arial"/>
          <w:i/>
          <w:sz w:val="24"/>
          <w:szCs w:val="24"/>
        </w:rPr>
      </w:r>
      <w:proofErr w:type="spellStart"/>
      <w:r w:rsidRPr="00852D57">
        <w:rPr>
          <w:rFonts w:cs="Arial"/>
          <w:i/>
          <w:sz w:val="24"/>
          <w:szCs w:val="24"/>
        </w:rPr>
      </w:r>
      <w:proofErr w:type="spellEnd"/>
      <w:r w:rsidRPr="00852D57">
        <w:rPr>
          <w:rFonts w:cs="Arial"/>
          <w:i/>
          <w:sz w:val="24"/>
          <w:szCs w:val="24"/>
        </w:rPr>
      </w:r>
      <w:proofErr w:type="spellStart"/>
      <w:r w:rsidRPr="00852D57">
        <w:rPr>
          <w:rFonts w:cs="Arial"/>
          <w:i/>
          <w:sz w:val="24"/>
          <w:szCs w:val="24"/>
        </w:rPr>
      </w:r>
      <w:proofErr w:type="spellEnd"/>
      <w:r w:rsidRPr="00852D57">
        <w:rPr>
          <w:rFonts w:cs="Arial"/>
          <w:i/>
          <w:sz w:val="24"/>
          <w:szCs w:val="24"/>
        </w:rPr>
      </w:r>
      <w:proofErr w:type="spellStart"/>
      <w:r w:rsidRPr="00852D57">
        <w:rPr>
          <w:rFonts w:cs="Arial"/>
          <w:i/>
          <w:sz w:val="24"/>
          <w:szCs w:val="24"/>
        </w:rPr>
      </w:r>
      <w:proofErr w:type="spellEnd"/>
      <w:r w:rsidRPr="00852D57">
        <w:rPr>
          <w:rFonts w:cs="Arial"/>
          <w:i/>
          <w:sz w:val="24"/>
          <w:szCs w:val="24"/>
        </w:rPr>
      </w:r>
      <w:proofErr w:type="spellStart"/>
      <w:r w:rsidRPr="00852D57">
        <w:rPr>
          <w:rFonts w:cs="Arial"/>
          <w:i/>
          <w:sz w:val="24"/>
          <w:szCs w:val="24"/>
        </w:rPr>
      </w:r>
      <w:proofErr w:type="spellEnd"/>
      <w:r w:rsidRPr="00852D57">
        <w:rPr>
          <w:rFonts w:cs="Arial"/>
          <w:i/>
          <w:sz w:val="24"/>
          <w:szCs w:val="24"/>
        </w:rPr>
      </w:r>
      <w:proofErr w:type="spellStart"/>
      <w:r w:rsidRPr="00852D57">
        <w:rPr>
          <w:rFonts w:cs="Arial"/>
          <w:i/>
          <w:sz w:val="24"/>
          <w:szCs w:val="24"/>
        </w:rPr>
      </w:r>
      <w:proofErr w:type="spellEnd"/>
      <w:r w:rsidRPr="00852D57">
        <w:rPr>
          <w:rFonts w:cs="Arial"/>
          <w:i/>
          <w:sz w:val="24"/>
          <w:szCs w:val="24"/>
        </w:rPr>
      </w:r>
      <w:proofErr w:type="spellStart"/>
      <w:r w:rsidRPr="00852D57">
        <w:rPr>
          <w:rFonts w:cs="Arial"/>
          <w:i/>
          <w:sz w:val="24"/>
          <w:szCs w:val="24"/>
        </w:rPr>
      </w:r>
      <w:proofErr w:type="spellEnd"/>
      <w:r w:rsidRPr="00852D57">
        <w:rPr>
          <w:rFonts w:cs="Arial"/>
          <w:i/>
          <w:sz w:val="24"/>
          <w:szCs w:val="24"/>
        </w:rPr>
      </w:r>
      <w:proofErr w:type="spellStart"/>
      <w:r w:rsidRPr="00852D57">
        <w:rPr>
          <w:rFonts w:cs="Arial"/>
          <w:i/>
          <w:sz w:val="24"/>
          <w:szCs w:val="24"/>
        </w:rPr>
      </w:r>
      <w:proofErr w:type="spellEnd"/>
      <w:r w:rsidRPr="00852D57">
        <w:rPr>
          <w:rFonts w:cs="Arial"/>
          <w:i/>
          <w:sz w:val="24"/>
          <w:szCs w:val="24"/>
        </w:rPr>
      </w:r>
      <w:proofErr w:type="spellStart"/>
      <w:r w:rsidRPr="00852D57">
        <w:rPr>
          <w:rFonts w:cs="Arial"/>
          <w:i/>
          <w:sz w:val="24"/>
          <w:szCs w:val="24"/>
        </w:rPr>
      </w:r>
      <w:proofErr w:type="spellEnd"/>
      <w:r w:rsidRPr="00852D57">
        <w:rPr>
          <w:rFonts w:cs="Arial"/>
          <w:i/>
          <w:sz w:val="24"/>
          <w:szCs w:val="24"/>
        </w:rPr>
      </w:r>
      <w:proofErr w:type="spellStart"/>
      <w:r w:rsidRPr="00852D57">
        <w:rPr>
          <w:rFonts w:cs="Arial"/>
          <w:i/>
          <w:sz w:val="24"/>
          <w:szCs w:val="24"/>
        </w:rPr>
      </w:r>
      <w:proofErr w:type="spellEnd"/>
      <w:r w:rsidRPr="00852D57">
        <w:rPr>
          <w:rFonts w:cs="Arial"/>
          <w:i/>
          <w:sz w:val="24"/>
          <w:szCs w:val="24"/>
        </w:rPr>
      </w:r>
      <w:proofErr w:type="spellStart"/>
      <w:r w:rsidRPr="00852D57">
        <w:rPr>
          <w:rFonts w:cs="Arial"/>
          <w:i/>
          <w:sz w:val="24"/>
          <w:szCs w:val="24"/>
        </w:rPr>
      </w:r>
      <w:proofErr w:type="spellEnd"/>
      <w:r w:rsidRPr="00852D57">
        <w:rPr>
          <w:rFonts w:cs="Arial"/>
          <w:i/>
          <w:sz w:val="24"/>
          <w:szCs w:val="24"/>
        </w:rPr>
      </w:r>
      <w:proofErr w:type="spellStart"/>
      <w:r w:rsidRPr="00852D57">
        <w:rPr>
          <w:rFonts w:cs="Arial"/>
          <w:i/>
          <w:sz w:val="24"/>
          <w:szCs w:val="24"/>
        </w:rPr>
      </w:r>
      <w:proofErr w:type="spellEnd"/>
      <w:r w:rsidRPr="00852D57">
        <w:rPr>
          <w:rFonts w:cs="Arial"/>
          <w:i/>
          <w:sz w:val="24"/>
          <w:szCs w:val="24"/>
        </w:rPr>
      </w:r>
      <w:proofErr w:type="spellStart"/>
      <w:r w:rsidRPr="00852D57">
        <w:rPr>
          <w:rFonts w:cs="Arial"/>
          <w:i/>
          <w:sz w:val="24"/>
          <w:szCs w:val="24"/>
        </w:rPr>
      </w:r>
      <w:proofErr w:type="spellEnd"/>
      <w:r w:rsidRPr="00852D57">
        <w:rPr>
          <w:rFonts w:cs="Arial"/>
          <w:i/>
          <w:sz w:val="24"/>
          <w:szCs w:val="24"/>
        </w:rPr>
      </w:r>
    </w:p>
    <w:p w14:paraId="5B439FEE" w14:textId="77777777" w:rsidR="00317D3D" w:rsidRPr="00852D57" w:rsidRDefault="00220124" w:rsidP="00C71DA5">
      <w:pPr>
        <w:spacing w:before="120" w:after="120" w:line="360" w:lineRule="auto"/>
        <w:rPr>
          <w:rFonts w:cs="Arial"/>
          <w:sz w:val="24"/>
          <w:szCs w:val="24"/>
        </w:rPr>
      </w:pPr>
      <w:r w:rsidRPr="00852D57">
        <w:rPr>
          <w:rFonts w:cs="Arial"/>
          <w:b/>
          <w:sz w:val="24"/>
          <w:szCs w:val="24"/>
        </w:rPr>
        <w:t>POTWIERDZENIE UPOWAŻNIONEGO PERSONELU</w:t>
      </w:r>
    </w:p>
    <w:p w14:paraId="4C5B52FD" w14:textId="77777777" w:rsidR="00317D3D" w:rsidRPr="00852D57" w:rsidRDefault="00220124" w:rsidP="00C71DA5">
      <w:pPr>
        <w:spacing w:before="120" w:after="120" w:line="360" w:lineRule="auto"/>
        <w:jc w:val="both"/>
        <w:rPr>
          <w:rFonts w:cs="Arial"/>
          <w:sz w:val="24"/>
          <w:szCs w:val="24"/>
        </w:rPr>
      </w:pPr>
      <w:proofErr w:type="spellStart"/>
      <w:r w:rsidRPr="00852D57">
        <w:rPr>
          <w:rFonts w:cs="Arial"/>
          <w:sz w:val="24"/>
          <w:szCs w:val="24"/>
        </w:rPr>
        <w:t>Potwierdzam</w:t>
      </w:r>
      <w:proofErr w:type="spellEnd"/>
      <w:r w:rsidRPr="00852D57">
        <w:rPr>
          <w:rFonts w:cs="Arial"/>
          <w:sz w:val="24"/>
          <w:szCs w:val="24"/>
        </w:rPr>
        <w:t xml:space="preserve">, </w:t>
      </w:r>
      <w:proofErr w:type="spellStart"/>
      <w:r w:rsidRPr="00852D57">
        <w:rPr>
          <w:rFonts w:cs="Arial"/>
          <w:sz w:val="24"/>
          <w:szCs w:val="24"/>
        </w:rPr>
        <w:t>że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dane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ujęte</w:t>
      </w:r>
      <w:proofErr w:type="spellEnd"/>
      <w:r w:rsidRPr="00852D57">
        <w:rPr>
          <w:rFonts w:cs="Arial"/>
          <w:sz w:val="24"/>
          <w:szCs w:val="24"/>
        </w:rPr>
        <w:t xml:space="preserve"> w </w:t>
      </w:r>
      <w:proofErr w:type="spellStart"/>
      <w:r w:rsidRPr="00852D57">
        <w:rPr>
          <w:rFonts w:cs="Arial"/>
          <w:sz w:val="24"/>
          <w:szCs w:val="24"/>
        </w:rPr>
        <w:t>niniejszej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karcie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zostały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ustalone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na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podstawie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dokumentacji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źródłowej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właściwej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dla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poszczególnych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uczestników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odpowiadają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stanowi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wynikającemu</w:t>
      </w:r>
      <w:proofErr w:type="spellEnd"/>
      <w:r w:rsidRPr="00852D57">
        <w:rPr>
          <w:rFonts w:cs="Arial"/>
          <w:sz w:val="24"/>
          <w:szCs w:val="24"/>
        </w:rPr>
        <w:t xml:space="preserve"> z </w:t>
      </w:r>
      <w:proofErr w:type="spellStart"/>
      <w:r w:rsidRPr="00852D57">
        <w:rPr>
          <w:rFonts w:cs="Arial"/>
          <w:sz w:val="24"/>
          <w:szCs w:val="24"/>
        </w:rPr>
        <w:t>dokumentacji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projektu</w:t>
      </w:r>
      <w:proofErr w:type="spellEnd"/>
      <w:r w:rsidRPr="00852D57">
        <w:rPr>
          <w:rFonts w:cs="Arial"/>
          <w:sz w:val="24"/>
          <w:szCs w:val="24"/>
        </w:rPr>
        <w:t>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748"/>
        <w:gridCol w:w="5669"/>
      </w:tblGrid>
      <w:tr w:rsidR="00852D57" w:rsidRPr="00852D57" w14:paraId="06A1A7BD" w14:textId="77777777" w:rsidTr="00BB763F">
        <w:trPr>
          <w:cantSplit/>
          <w:jc w:val="center"/>
        </w:trPr>
        <w:tc>
          <w:tcPr>
            <w:tcW w:w="67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8B9278" w14:textId="77777777" w:rsidR="00317D3D" w:rsidRPr="00852D57" w:rsidRDefault="00220124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,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funkcja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osoby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upoważnionej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6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7EE84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17D3D" w:rsidRPr="00852D57" w14:paraId="3251A6DD" w14:textId="77777777" w:rsidTr="00BB763F">
        <w:trPr>
          <w:cantSplit/>
          <w:jc w:val="center"/>
        </w:trPr>
        <w:tc>
          <w:tcPr>
            <w:tcW w:w="67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ACBD21" w14:textId="77777777" w:rsidR="00317D3D" w:rsidRPr="00852D57" w:rsidRDefault="00220124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Miejscowość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data /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podpis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6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E048B2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017B40BC" w14:textId="77777777" w:rsidR="00220124" w:rsidRPr="00852D57" w:rsidRDefault="00220124" w:rsidP="00C71DA5">
      <w:pPr>
        <w:spacing w:before="120" w:after="120" w:line="360" w:lineRule="auto"/>
        <w:rPr>
          <w:rFonts w:cs="Arial"/>
          <w:sz w:val="24"/>
          <w:szCs w:val="24"/>
        </w:rPr>
      </w:pPr>
    </w:p>
    <w:sectPr w:rsidR="00220124" w:rsidRPr="00852D57" w:rsidSect="00C71DA5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765" w:right="709" w:bottom="765" w:left="709" w:header="181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5BD55" w14:textId="77777777" w:rsidR="002F18EA" w:rsidRDefault="002F18EA">
      <w:r>
        <w:separator/>
      </w:r>
    </w:p>
  </w:endnote>
  <w:endnote w:type="continuationSeparator" w:id="0">
    <w:p w14:paraId="29EDF0AF" w14:textId="77777777" w:rsidR="002F18EA" w:rsidRDefault="002F1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DDED5" w14:textId="77777777" w:rsidR="00BB0019" w:rsidRDefault="00BB0019" w:rsidP="00BB0019">
    <w:pPr>
      <w:pStyle w:val="Stopka"/>
      <w:jc w:val="center"/>
      <w:rPr>
        <w:rFonts w:cs="Arial"/>
        <w:szCs w:val="24"/>
      </w:rPr>
    </w:pPr>
    <w:proofErr w:type="spellStart"/>
    <w:r>
      <w:rPr>
        <w:sz w:val="16"/>
      </w:rPr>
      <w:t>Fundusze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Europejskie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dla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Pomorza</w:t>
    </w:r>
    <w:proofErr w:type="spellEnd"/>
    <w:r>
      <w:rPr>
        <w:sz w:val="16"/>
      </w:rPr>
      <w:t xml:space="preserve"> 2021-2027  |  </w:t>
    </w:r>
    <w:proofErr w:type="spellStart"/>
    <w:r>
      <w:rPr>
        <w:sz w:val="16"/>
      </w:rPr>
      <w:t>Strona</w:t>
    </w:r>
    <w:proofErr w:type="spellEnd"/>
    <w:r>
      <w:rPr>
        <w:sz w:val="16"/>
      </w:rPr>
      <w:t xml:space="preserve"> </w:t>
    </w:r>
    <w:r>
      <w:rPr>
        <w:sz w:val="16"/>
      </w:rPr>
      <w:fldChar w:fldCharType="begin"/>
    </w:r>
    <w:r>
      <w:rPr>
        <w:sz w:val="16"/>
      </w:rPr>
      <w:instrText>PAGE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r>
      <w:rPr>
        <w:sz w:val="16"/>
      </w:rPr>
      <w:fldChar w:fldCharType="begin"/>
    </w:r>
    <w:r>
      <w:rPr>
        <w:sz w:val="16"/>
      </w:rPr>
      <w:instrText>NUMPAGES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D7D3E" w14:textId="77777777" w:rsidR="00317D3D" w:rsidRDefault="00220124">
    <w:pPr>
      <w:jc w:val="center"/>
    </w:pPr>
    <w:proofErr w:type="spellStart"/>
    <w:r>
      <w:rPr>
        <w:sz w:val="16"/>
      </w:rPr>
      <w:t>Fundusze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Europejskie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dla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Pomorza</w:t>
    </w:r>
    <w:proofErr w:type="spellEnd"/>
    <w:r>
      <w:rPr>
        <w:sz w:val="16"/>
      </w:rPr>
      <w:t xml:space="preserve"> 2021-2027  |  </w:t>
    </w:r>
    <w:proofErr w:type="spellStart"/>
    <w:r>
      <w:rPr>
        <w:sz w:val="16"/>
      </w:rPr>
      <w:t>Strona</w:t>
    </w:r>
    <w:proofErr w:type="spellEnd"/>
    <w:r>
      <w:rPr>
        <w:sz w:val="16"/>
      </w:rPr>
      <w:t xml:space="preserve"> </w:t>
    </w:r>
    <w:r>
      <w:rPr>
        <w:sz w:val="16"/>
      </w:rPr>
      <w:fldChar w:fldCharType="begin"/>
    </w:r>
    <w:r>
      <w:rPr>
        <w:sz w:val="16"/>
      </w:rPr>
      <w:instrText>PAGE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r>
      <w:rPr>
        <w:sz w:val="16"/>
      </w:rPr>
      <w:fldChar w:fldCharType="begin"/>
    </w:r>
    <w:r>
      <w:rPr>
        <w:sz w:val="16"/>
      </w:rPr>
      <w:instrText>NUMPAGES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509D0" w14:textId="77777777" w:rsidR="002F18EA" w:rsidRDefault="002F18EA">
      <w:r>
        <w:separator/>
      </w:r>
    </w:p>
  </w:footnote>
  <w:footnote w:type="continuationSeparator" w:id="0">
    <w:p w14:paraId="56A432CC" w14:textId="77777777" w:rsidR="002F18EA" w:rsidRDefault="002F1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E14CE" w14:textId="77777777" w:rsidR="000E0CA5" w:rsidRDefault="00BB0019" w:rsidP="00BB0019">
    <w:pPr>
      <w:pStyle w:val="Nagwek"/>
    </w:pPr>
    <w:r>
      <w:rPr>
        <w:noProof/>
      </w:rPr>
      <w:drawing>
        <wp:inline distT="0" distB="0" distL="0" distR="0" wp14:anchorId="70EA73F5" wp14:editId="6D6F7EA7">
          <wp:extent cx="6052782" cy="669925"/>
          <wp:effectExtent l="0" t="0" r="0" b="0"/>
          <wp:docPr id="3" name="Obraz 3" descr="Logotypy programu Fundusze Europejskie dla Pomorza, Unii Europejskiej i Województwa Pomorskiego" title="Oznaczenia programu i instytucj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5845" cy="67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93128F5" w14:textId="77777777" w:rsidR="00BB0019" w:rsidRPr="00BB0019" w:rsidRDefault="00BB0019" w:rsidP="00BB001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6066B" w14:textId="77777777" w:rsidR="00322E55" w:rsidRDefault="00FD07D8">
    <w:pPr>
      <w:jc w:val="center"/>
    </w:pPr>
    <w:r>
      <w:rPr>
        <w:noProof/>
      </w:rPr>
      <w:drawing>
        <wp:inline distT="0" distB="0" distL="0" distR="0" wp14:anchorId="695AC839" wp14:editId="5AC020C6">
          <wp:extent cx="5976000" cy="695619"/>
          <wp:effectExtent l="0" t="0" r="0" b="0"/>
          <wp:docPr id="1" name="Picture 1" descr="Logotypy programu Fundusze Europejskie dla Pomorza, Unii Europejskiej i Województwa Pomorskiego" title="Oznaczenia programu i instytucj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6000" cy="6956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0CA5"/>
    <w:rsid w:val="0015074B"/>
    <w:rsid w:val="00220124"/>
    <w:rsid w:val="0025293A"/>
    <w:rsid w:val="0029639D"/>
    <w:rsid w:val="002F18EA"/>
    <w:rsid w:val="00317D3D"/>
    <w:rsid w:val="00322E55"/>
    <w:rsid w:val="00326F90"/>
    <w:rsid w:val="003E5A22"/>
    <w:rsid w:val="004A7C69"/>
    <w:rsid w:val="006F50A2"/>
    <w:rsid w:val="007C6392"/>
    <w:rsid w:val="00852D57"/>
    <w:rsid w:val="00A875C7"/>
    <w:rsid w:val="00AA1D8D"/>
    <w:rsid w:val="00B47730"/>
    <w:rsid w:val="00BB0019"/>
    <w:rsid w:val="00BB763F"/>
    <w:rsid w:val="00C71DA5"/>
    <w:rsid w:val="00CB0664"/>
    <w:rsid w:val="00E22BCA"/>
    <w:rsid w:val="00EC0981"/>
    <w:rsid w:val="00FA788C"/>
    <w:rsid w:val="00FC693F"/>
    <w:rsid w:val="00FD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997146"/>
  <w14:defaultImageDpi w14:val="300"/>
  <w15:docId w15:val="{6C0346C9-436A-4931-8853-A22F833BC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40" w:after="100"/>
      <w:outlineLvl w:val="0"/>
    </w:pPr>
    <w:rPr>
      <w:rFonts w:asciiTheme="majorHAnsi" w:eastAsiaTheme="majorEastAsia" w:hAnsiTheme="majorHAnsi" w:cstheme="majorBidi"/>
      <w:b/>
      <w:bCs/>
      <w:color w:val="365F91"/>
      <w:sz w:val="21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452</Words>
  <Characters>2712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8 - Zbiorcza karta sytuacji uczestników po zakończeniu udziału - Luzino</vt:lpstr>
      <vt:lpstr/>
    </vt:vector>
  </TitlesOfParts>
  <Manager/>
  <Company/>
  <LinksUpToDate>false</LinksUpToDate>
  <CharactersWithSpaces>3158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8 - Zbiorcza karta zakończenia udziału w projekcie i sytuacji uczestników po opuszczeniu projektu</dc:title>
  <dc:subject>Projekt Rozwój edukacji przedszkolnej w Gminie Luzino</dc:subject>
  <dc:creator>python-docx</dc:creator>
  <cp:keywords/>
  <dc:description>Zbiorcza karta dla dzieci i nauczycieli, sporządzana przez upoważniony personel.</dc:description>
  <cp:lastModifiedBy>Dawid</cp:lastModifiedBy>
  <cp:revision>12</cp:revision>
  <dcterms:created xsi:type="dcterms:W3CDTF">2013-12-23T23:15:00Z</dcterms:created>
  <dcterms:modified xsi:type="dcterms:W3CDTF">2026-09-24T06:15:00Z</dcterms:modified>
  <cp:category/>
</cp:coreProperties>
</file>