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23E2" w14:textId="5D3A184E" w:rsidR="00EC43FF" w:rsidRPr="00007183" w:rsidRDefault="00000000" w:rsidP="00B92F04">
      <w:pPr>
        <w:spacing w:after="0" w:line="240" w:lineRule="auto"/>
        <w:jc w:val="center"/>
        <w:rPr>
          <w:sz w:val="24"/>
          <w:szCs w:val="24"/>
          <w:lang w:val="pl-PL"/>
        </w:rPr>
      </w:pPr>
      <w:r w:rsidRPr="00007183">
        <w:rPr>
          <w:b/>
          <w:sz w:val="24"/>
          <w:szCs w:val="24"/>
          <w:lang w:val="pl-PL"/>
        </w:rPr>
        <w:t>WNIOSEK</w:t>
      </w:r>
    </w:p>
    <w:p w14:paraId="635358D6" w14:textId="77777777" w:rsidR="00EC43FF" w:rsidRPr="00007183" w:rsidRDefault="00000000" w:rsidP="00007183">
      <w:pPr>
        <w:spacing w:after="0" w:line="240" w:lineRule="auto"/>
        <w:jc w:val="center"/>
        <w:rPr>
          <w:sz w:val="24"/>
          <w:szCs w:val="24"/>
          <w:lang w:val="pl-PL"/>
        </w:rPr>
      </w:pPr>
      <w:r w:rsidRPr="00007183">
        <w:rPr>
          <w:b/>
          <w:sz w:val="24"/>
          <w:szCs w:val="24"/>
          <w:lang w:val="pl-PL"/>
        </w:rPr>
        <w:t>O PRZYZNANIE ŚRODKÓW Z FUNDUSZU SOŁECKIEGO</w:t>
      </w:r>
      <w:r w:rsidRPr="00007183">
        <w:rPr>
          <w:b/>
          <w:sz w:val="24"/>
          <w:szCs w:val="24"/>
          <w:lang w:val="pl-PL"/>
        </w:rPr>
        <w:br/>
        <w:t>NA ROK ................</w:t>
      </w:r>
    </w:p>
    <w:p w14:paraId="65111B9E" w14:textId="77777777" w:rsidR="00007183" w:rsidRDefault="00007183">
      <w:pPr>
        <w:jc w:val="right"/>
        <w:rPr>
          <w:b/>
          <w:lang w:val="pl-PL"/>
        </w:rPr>
      </w:pPr>
    </w:p>
    <w:p w14:paraId="25B236CB" w14:textId="77777777" w:rsidR="00007183" w:rsidRDefault="00007183" w:rsidP="00007183">
      <w:pPr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                                                                                       </w:t>
      </w:r>
    </w:p>
    <w:p w14:paraId="13AB751B" w14:textId="08479935" w:rsidR="00B92F04" w:rsidRDefault="00000000" w:rsidP="00B92F04">
      <w:pPr>
        <w:ind w:left="5040" w:firstLine="720"/>
        <w:jc w:val="center"/>
        <w:rPr>
          <w:b/>
          <w:sz w:val="24"/>
          <w:szCs w:val="24"/>
          <w:lang w:val="pl-PL"/>
        </w:rPr>
      </w:pPr>
      <w:r w:rsidRPr="00007183">
        <w:rPr>
          <w:b/>
          <w:sz w:val="24"/>
          <w:szCs w:val="24"/>
          <w:lang w:val="pl-PL"/>
        </w:rPr>
        <w:t>Wójt Gminy Parchowo</w:t>
      </w:r>
    </w:p>
    <w:p w14:paraId="079970AD" w14:textId="77777777" w:rsidR="00B92F04" w:rsidRPr="00007183" w:rsidRDefault="00B92F04" w:rsidP="00B92F04">
      <w:pPr>
        <w:ind w:left="5040" w:firstLine="720"/>
        <w:jc w:val="center"/>
        <w:rPr>
          <w:b/>
          <w:sz w:val="24"/>
          <w:szCs w:val="24"/>
          <w:lang w:val="pl-PL"/>
        </w:rPr>
      </w:pPr>
    </w:p>
    <w:p w14:paraId="52E98F5A" w14:textId="5366668B" w:rsidR="00EC43FF" w:rsidRPr="00B92F04" w:rsidRDefault="00000000" w:rsidP="001536B1">
      <w:pPr>
        <w:jc w:val="both"/>
        <w:rPr>
          <w:sz w:val="22"/>
          <w:lang w:val="pl-PL"/>
        </w:rPr>
      </w:pPr>
      <w:r w:rsidRPr="00B92F04">
        <w:rPr>
          <w:sz w:val="22"/>
          <w:lang w:val="pl-PL"/>
        </w:rPr>
        <w:t>Działając na podstawie art. 5</w:t>
      </w:r>
      <w:r w:rsidR="00007183" w:rsidRPr="00B92F04">
        <w:rPr>
          <w:sz w:val="22"/>
          <w:lang w:val="pl-PL"/>
        </w:rPr>
        <w:t xml:space="preserve"> ust. 1-4 </w:t>
      </w:r>
      <w:r w:rsidRPr="00B92F04">
        <w:rPr>
          <w:sz w:val="22"/>
          <w:lang w:val="pl-PL"/>
        </w:rPr>
        <w:t xml:space="preserve"> ustawy z dnia 21 lutego 2014 r. o funduszu sołeckim</w:t>
      </w:r>
      <w:r w:rsidR="00007183" w:rsidRPr="00B92F04">
        <w:rPr>
          <w:sz w:val="22"/>
          <w:lang w:val="pl-PL"/>
        </w:rPr>
        <w:t xml:space="preserve"> Dz.U 2014 poz. 301 ze </w:t>
      </w:r>
      <w:proofErr w:type="spellStart"/>
      <w:r w:rsidR="00007183" w:rsidRPr="00B92F04">
        <w:rPr>
          <w:sz w:val="22"/>
          <w:lang w:val="pl-PL"/>
        </w:rPr>
        <w:t>zm</w:t>
      </w:r>
      <w:proofErr w:type="spellEnd"/>
      <w:r w:rsidR="00007183" w:rsidRPr="00B92F04">
        <w:rPr>
          <w:sz w:val="22"/>
          <w:lang w:val="pl-PL"/>
        </w:rPr>
        <w:t>)</w:t>
      </w:r>
      <w:r w:rsidRPr="00B92F04">
        <w:rPr>
          <w:sz w:val="22"/>
          <w:lang w:val="pl-PL"/>
        </w:rPr>
        <w:t xml:space="preserve">, </w:t>
      </w:r>
      <w:r w:rsidR="007E35F3" w:rsidRPr="007E35F3">
        <w:rPr>
          <w:bCs/>
          <w:sz w:val="22"/>
          <w:lang w:val="pl-PL"/>
        </w:rPr>
        <w:t>wnoszę</w:t>
      </w:r>
      <w:r w:rsidRPr="00B92F04">
        <w:rPr>
          <w:sz w:val="22"/>
          <w:lang w:val="pl-PL"/>
        </w:rPr>
        <w:t xml:space="preserve"> wniosek o uwzględnienie w budżecie Gminy Parchowo na </w:t>
      </w:r>
      <w:r w:rsidRPr="00B92F04">
        <w:rPr>
          <w:b/>
          <w:bCs/>
          <w:sz w:val="22"/>
          <w:lang w:val="pl-PL"/>
        </w:rPr>
        <w:t xml:space="preserve">rok </w:t>
      </w:r>
      <w:r w:rsidR="00007183" w:rsidRPr="00B92F04">
        <w:rPr>
          <w:b/>
          <w:bCs/>
          <w:sz w:val="22"/>
          <w:lang w:val="pl-PL"/>
        </w:rPr>
        <w:t>2027</w:t>
      </w:r>
      <w:r w:rsidRPr="00B92F04">
        <w:rPr>
          <w:sz w:val="22"/>
          <w:lang w:val="pl-PL"/>
        </w:rPr>
        <w:t xml:space="preserve"> poniższych przedsięwzięć przewidzianych do realizacji w ramach funduszu sołeckiego.</w:t>
      </w:r>
    </w:p>
    <w:p w14:paraId="652D427D" w14:textId="77777777" w:rsidR="00EC43FF" w:rsidRPr="00B92F04" w:rsidRDefault="00000000">
      <w:pPr>
        <w:spacing w:before="140" w:after="60"/>
        <w:rPr>
          <w:sz w:val="22"/>
          <w:lang w:val="pl-PL"/>
        </w:rPr>
      </w:pPr>
      <w:r w:rsidRPr="00B92F04">
        <w:rPr>
          <w:b/>
          <w:sz w:val="22"/>
          <w:lang w:val="pl-PL"/>
        </w:rPr>
        <w:t>I. INFORMACJE PODSTAWOWE</w:t>
      </w:r>
    </w:p>
    <w:p w14:paraId="145CAA9A" w14:textId="618ED5DE" w:rsidR="00EC43FF" w:rsidRPr="00B92F04" w:rsidRDefault="00000000">
      <w:pPr>
        <w:rPr>
          <w:sz w:val="22"/>
          <w:lang w:val="pl-PL"/>
        </w:rPr>
      </w:pPr>
      <w:r w:rsidRPr="00B92F04">
        <w:rPr>
          <w:sz w:val="22"/>
          <w:lang w:val="pl-PL"/>
        </w:rPr>
        <w:t>Nazwa sołectwa: .....................................................</w:t>
      </w:r>
      <w:r w:rsidR="00007183" w:rsidRPr="00B92F04">
        <w:rPr>
          <w:sz w:val="22"/>
          <w:lang w:val="pl-PL"/>
        </w:rPr>
        <w:t>.....................</w:t>
      </w:r>
      <w:r w:rsidRPr="00B92F04">
        <w:rPr>
          <w:sz w:val="22"/>
          <w:lang w:val="pl-PL"/>
        </w:rPr>
        <w:t>...................................................................</w:t>
      </w:r>
    </w:p>
    <w:p w14:paraId="59EFDE4E" w14:textId="77777777" w:rsidR="00007183" w:rsidRPr="00B92F04" w:rsidRDefault="00000000">
      <w:pPr>
        <w:rPr>
          <w:sz w:val="22"/>
          <w:lang w:val="pl-PL"/>
        </w:rPr>
      </w:pPr>
      <w:r w:rsidRPr="00B92F04">
        <w:rPr>
          <w:sz w:val="22"/>
          <w:lang w:val="pl-PL"/>
        </w:rPr>
        <w:t xml:space="preserve">Kwota środków funduszu sołeckiego przypadająca sołectwu: </w:t>
      </w:r>
    </w:p>
    <w:p w14:paraId="42098CB8" w14:textId="06A3EE0B" w:rsidR="00EC43FF" w:rsidRPr="00B92F04" w:rsidRDefault="00000000">
      <w:pPr>
        <w:rPr>
          <w:sz w:val="22"/>
          <w:lang w:val="pl-PL"/>
        </w:rPr>
      </w:pPr>
      <w:r w:rsidRPr="00B92F04">
        <w:rPr>
          <w:sz w:val="22"/>
          <w:lang w:val="pl-PL"/>
        </w:rPr>
        <w:t>................................................ zł</w:t>
      </w:r>
    </w:p>
    <w:p w14:paraId="7207AE3A" w14:textId="1F1E7C19" w:rsidR="00007183" w:rsidRPr="00B92F04" w:rsidRDefault="00000000">
      <w:pPr>
        <w:rPr>
          <w:sz w:val="22"/>
          <w:lang w:val="pl-PL"/>
        </w:rPr>
      </w:pPr>
      <w:r w:rsidRPr="00B92F04">
        <w:rPr>
          <w:sz w:val="22"/>
          <w:lang w:val="pl-PL"/>
        </w:rPr>
        <w:t>Data zebrania wiejskiego</w:t>
      </w:r>
      <w:r w:rsidR="00007183" w:rsidRPr="00B92F04">
        <w:rPr>
          <w:sz w:val="22"/>
          <w:lang w:val="pl-PL"/>
        </w:rPr>
        <w:t xml:space="preserve"> i nr uchwały</w:t>
      </w:r>
      <w:r w:rsidRPr="00B92F04">
        <w:rPr>
          <w:sz w:val="22"/>
          <w:lang w:val="pl-PL"/>
        </w:rPr>
        <w:t xml:space="preserve">, na którym uchwalono wniosek: </w:t>
      </w:r>
    </w:p>
    <w:p w14:paraId="03684038" w14:textId="131CC2AF" w:rsidR="00EC43FF" w:rsidRPr="00B92F04" w:rsidRDefault="00000000">
      <w:pPr>
        <w:rPr>
          <w:sz w:val="22"/>
          <w:lang w:val="pl-PL"/>
        </w:rPr>
      </w:pPr>
      <w:r w:rsidRPr="00B92F04">
        <w:rPr>
          <w:sz w:val="22"/>
          <w:lang w:val="pl-PL"/>
        </w:rPr>
        <w:t>..........................................</w:t>
      </w:r>
      <w:r w:rsidR="00007183" w:rsidRPr="00B92F04">
        <w:rPr>
          <w:sz w:val="22"/>
          <w:lang w:val="pl-PL"/>
        </w:rPr>
        <w:t>.........................................................................................</w:t>
      </w:r>
      <w:r w:rsidRPr="00B92F04">
        <w:rPr>
          <w:sz w:val="22"/>
          <w:lang w:val="pl-PL"/>
        </w:rPr>
        <w:t>..........</w:t>
      </w:r>
    </w:p>
    <w:p w14:paraId="3FB7B47C" w14:textId="3C684C65" w:rsidR="00B92F04" w:rsidRPr="00B92F04" w:rsidRDefault="00000000">
      <w:pPr>
        <w:spacing w:before="140" w:after="60"/>
        <w:rPr>
          <w:b/>
          <w:sz w:val="22"/>
          <w:lang w:val="pl-PL"/>
        </w:rPr>
      </w:pPr>
      <w:r w:rsidRPr="00B92F04">
        <w:rPr>
          <w:b/>
          <w:sz w:val="22"/>
          <w:lang w:val="pl-PL"/>
        </w:rPr>
        <w:t>II. INICJATOR WNIOSKU</w:t>
      </w:r>
    </w:p>
    <w:p w14:paraId="078CF81C" w14:textId="0BD7DB7C" w:rsidR="00EC43FF" w:rsidRPr="00B92F04" w:rsidRDefault="00000000">
      <w:pPr>
        <w:rPr>
          <w:sz w:val="22"/>
          <w:lang w:val="pl-PL"/>
        </w:rPr>
      </w:pPr>
      <w:r w:rsidRPr="00B92F04">
        <w:rPr>
          <w:sz w:val="22"/>
          <w:lang w:val="pl-PL"/>
        </w:rPr>
        <w:t>Projekt wniosku został przedstawiony zebraniu wiejskiemu z inicjatywy</w:t>
      </w:r>
      <w:r w:rsidR="00007183" w:rsidRPr="00B92F04">
        <w:rPr>
          <w:sz w:val="22"/>
          <w:lang w:val="pl-PL"/>
        </w:rPr>
        <w:t>*</w:t>
      </w:r>
      <w:r w:rsidRPr="00B92F04">
        <w:rPr>
          <w:sz w:val="22"/>
          <w:lang w:val="pl-PL"/>
        </w:rPr>
        <w:t>:</w:t>
      </w:r>
    </w:p>
    <w:p w14:paraId="10C3BA86" w14:textId="26ACC19C" w:rsidR="00B92F04" w:rsidRPr="00B92F04" w:rsidRDefault="00000000">
      <w:pPr>
        <w:rPr>
          <w:sz w:val="22"/>
          <w:lang w:val="pl-PL"/>
        </w:rPr>
      </w:pPr>
      <w:r w:rsidRPr="00B92F04">
        <w:rPr>
          <w:sz w:val="22"/>
          <w:lang w:val="pl-PL"/>
        </w:rPr>
        <w:t>☐ sołtysa     ☐ rady sołeckiej     ☐ co najmniej 15 pełnoletnich mieszkańców sołectwa</w:t>
      </w:r>
    </w:p>
    <w:p w14:paraId="51D4D578" w14:textId="5695A31F" w:rsidR="007E35F3" w:rsidRPr="007E35F3" w:rsidRDefault="00000000" w:rsidP="007E35F3">
      <w:pPr>
        <w:spacing w:before="140" w:after="60"/>
        <w:rPr>
          <w:b/>
          <w:sz w:val="22"/>
          <w:lang w:val="pl-PL"/>
        </w:rPr>
      </w:pPr>
      <w:r w:rsidRPr="007E35F3">
        <w:rPr>
          <w:b/>
          <w:sz w:val="22"/>
          <w:lang w:val="pl-PL"/>
        </w:rPr>
        <w:t>III. PRZEDSIĘWZIĘCIA PLANOWANE DO REALIZACJI</w:t>
      </w:r>
    </w:p>
    <w:p w14:paraId="7C53B19C" w14:textId="6D0E3F0C" w:rsidR="007E35F3" w:rsidRPr="00B92F04" w:rsidRDefault="00B92F04" w:rsidP="00B92F04">
      <w:pPr>
        <w:rPr>
          <w:sz w:val="22"/>
          <w:lang w:val="pl-PL"/>
        </w:rPr>
      </w:pPr>
      <w:r w:rsidRPr="00B92F04">
        <w:rPr>
          <w:sz w:val="22"/>
          <w:lang w:val="pl-PL"/>
        </w:rPr>
        <w:t>Należy wskazać każde przedsięwzięcie oraz podać jego zakres rzeczowy i kalkulację kosztów. W kalkulacji można wskazać w szczególności: zakup materiałów lub wyposażenia, usługę, wynajem, umowę zlecenie/o dzieło albo wykonanie prac przez podmiot zewnętrzny.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9"/>
        <w:gridCol w:w="3927"/>
        <w:gridCol w:w="1836"/>
      </w:tblGrid>
      <w:tr w:rsidR="001536B1" w:rsidRPr="007E35F3" w14:paraId="4DF8C115" w14:textId="77777777" w:rsidTr="001536B1">
        <w:tc>
          <w:tcPr>
            <w:tcW w:w="563" w:type="dxa"/>
            <w:vAlign w:val="center"/>
          </w:tcPr>
          <w:p w14:paraId="0D18E9C7" w14:textId="77777777" w:rsidR="001536B1" w:rsidRDefault="001536B1"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89" w:type="dxa"/>
            <w:vAlign w:val="center"/>
          </w:tcPr>
          <w:p w14:paraId="0FCD20BB" w14:textId="77777777" w:rsidR="001536B1" w:rsidRDefault="001536B1">
            <w:r>
              <w:rPr>
                <w:b/>
              </w:rPr>
              <w:t xml:space="preserve">Nazwa </w:t>
            </w:r>
            <w:proofErr w:type="spellStart"/>
            <w:r>
              <w:rPr>
                <w:b/>
              </w:rPr>
              <w:t>przedsięwzięcia</w:t>
            </w:r>
            <w:proofErr w:type="spellEnd"/>
          </w:p>
        </w:tc>
        <w:tc>
          <w:tcPr>
            <w:tcW w:w="3969" w:type="dxa"/>
            <w:vAlign w:val="center"/>
          </w:tcPr>
          <w:p w14:paraId="4B6D6A91" w14:textId="571D535C" w:rsidR="001536B1" w:rsidRPr="005C1797" w:rsidRDefault="005C1797" w:rsidP="001536B1">
            <w:pPr>
              <w:jc w:val="center"/>
              <w:rPr>
                <w:lang w:val="pl-PL"/>
              </w:rPr>
            </w:pPr>
            <w:r w:rsidRPr="005C1797">
              <w:rPr>
                <w:b/>
                <w:lang w:val="pl-PL"/>
              </w:rPr>
              <w:t>Zakres rzeczowy i kalkulacja kosztów</w:t>
            </w:r>
          </w:p>
        </w:tc>
        <w:tc>
          <w:tcPr>
            <w:tcW w:w="1843" w:type="dxa"/>
            <w:vAlign w:val="center"/>
          </w:tcPr>
          <w:p w14:paraId="3105FE47" w14:textId="342F874E" w:rsidR="001536B1" w:rsidRPr="005C1797" w:rsidRDefault="005C1797" w:rsidP="001536B1">
            <w:pPr>
              <w:jc w:val="center"/>
              <w:rPr>
                <w:lang w:val="pl-PL"/>
              </w:rPr>
            </w:pPr>
            <w:r w:rsidRPr="005C1797">
              <w:rPr>
                <w:b/>
                <w:lang w:val="pl-PL"/>
              </w:rPr>
              <w:t>Łączny s</w:t>
            </w:r>
            <w:r w:rsidR="001536B1" w:rsidRPr="005C1797">
              <w:rPr>
                <w:b/>
                <w:lang w:val="pl-PL"/>
              </w:rPr>
              <w:t>zacunkowy koszt w zł</w:t>
            </w:r>
          </w:p>
        </w:tc>
      </w:tr>
      <w:tr w:rsidR="001536B1" w:rsidRPr="005C1797" w14:paraId="4A7A3DD0" w14:textId="77777777" w:rsidTr="001536B1">
        <w:tc>
          <w:tcPr>
            <w:tcW w:w="563" w:type="dxa"/>
          </w:tcPr>
          <w:p w14:paraId="5B1433EB" w14:textId="77777777" w:rsidR="001536B1" w:rsidRDefault="001536B1">
            <w:r>
              <w:t>1</w:t>
            </w:r>
          </w:p>
        </w:tc>
        <w:tc>
          <w:tcPr>
            <w:tcW w:w="3089" w:type="dxa"/>
          </w:tcPr>
          <w:p w14:paraId="3481BF86" w14:textId="77777777" w:rsidR="001536B1" w:rsidRDefault="001536B1"/>
          <w:p w14:paraId="45EBE7CD" w14:textId="77777777" w:rsidR="001536B1" w:rsidRDefault="001536B1"/>
          <w:p w14:paraId="1EC2EAF6" w14:textId="77777777" w:rsidR="007E35F3" w:rsidRDefault="007E35F3"/>
          <w:p w14:paraId="3118B0CA" w14:textId="77777777" w:rsidR="00B92F04" w:rsidRDefault="00B92F04"/>
        </w:tc>
        <w:tc>
          <w:tcPr>
            <w:tcW w:w="3969" w:type="dxa"/>
          </w:tcPr>
          <w:p w14:paraId="1B42F6DF" w14:textId="55E5F3E8" w:rsidR="005C1797" w:rsidRPr="005C1797" w:rsidRDefault="005C1797">
            <w:pPr>
              <w:rPr>
                <w:lang w:val="pl-PL"/>
              </w:rPr>
            </w:pPr>
          </w:p>
        </w:tc>
        <w:tc>
          <w:tcPr>
            <w:tcW w:w="1843" w:type="dxa"/>
          </w:tcPr>
          <w:p w14:paraId="38DB272A" w14:textId="199E3101" w:rsidR="001536B1" w:rsidRPr="005C1797" w:rsidRDefault="001536B1">
            <w:pPr>
              <w:rPr>
                <w:lang w:val="pl-PL"/>
              </w:rPr>
            </w:pPr>
          </w:p>
        </w:tc>
      </w:tr>
      <w:tr w:rsidR="001536B1" w14:paraId="0C0F0501" w14:textId="77777777" w:rsidTr="001536B1">
        <w:tc>
          <w:tcPr>
            <w:tcW w:w="563" w:type="dxa"/>
          </w:tcPr>
          <w:p w14:paraId="4EA2404F" w14:textId="77777777" w:rsidR="001536B1" w:rsidRDefault="001536B1">
            <w:r>
              <w:t>2</w:t>
            </w:r>
          </w:p>
        </w:tc>
        <w:tc>
          <w:tcPr>
            <w:tcW w:w="3089" w:type="dxa"/>
          </w:tcPr>
          <w:p w14:paraId="5B78CD94" w14:textId="77777777" w:rsidR="001536B1" w:rsidRDefault="001536B1"/>
          <w:p w14:paraId="58231157" w14:textId="77777777" w:rsidR="001536B1" w:rsidRDefault="001536B1"/>
          <w:p w14:paraId="1665FA65" w14:textId="77777777" w:rsidR="00871C44" w:rsidRDefault="00871C44"/>
          <w:p w14:paraId="4189F82E" w14:textId="77777777" w:rsidR="001536B1" w:rsidRDefault="001536B1"/>
        </w:tc>
        <w:tc>
          <w:tcPr>
            <w:tcW w:w="3969" w:type="dxa"/>
          </w:tcPr>
          <w:p w14:paraId="6502E29D" w14:textId="77777777" w:rsidR="001536B1" w:rsidRDefault="001536B1"/>
        </w:tc>
        <w:tc>
          <w:tcPr>
            <w:tcW w:w="1843" w:type="dxa"/>
          </w:tcPr>
          <w:p w14:paraId="6BF0B2FA" w14:textId="64CAA0FE" w:rsidR="001536B1" w:rsidRDefault="001536B1"/>
        </w:tc>
      </w:tr>
      <w:tr w:rsidR="001536B1" w14:paraId="0C55B67A" w14:textId="77777777" w:rsidTr="001536B1">
        <w:tc>
          <w:tcPr>
            <w:tcW w:w="563" w:type="dxa"/>
          </w:tcPr>
          <w:p w14:paraId="373FA54C" w14:textId="77777777" w:rsidR="001536B1" w:rsidRDefault="001536B1">
            <w:r>
              <w:t>3</w:t>
            </w:r>
          </w:p>
        </w:tc>
        <w:tc>
          <w:tcPr>
            <w:tcW w:w="3089" w:type="dxa"/>
          </w:tcPr>
          <w:p w14:paraId="1E7587D8" w14:textId="77777777" w:rsidR="001536B1" w:rsidRDefault="001536B1"/>
          <w:p w14:paraId="12C82605" w14:textId="77777777" w:rsidR="001536B1" w:rsidRDefault="001536B1"/>
          <w:p w14:paraId="1FB5155A" w14:textId="77777777" w:rsidR="001536B1" w:rsidRDefault="001536B1"/>
        </w:tc>
        <w:tc>
          <w:tcPr>
            <w:tcW w:w="3969" w:type="dxa"/>
          </w:tcPr>
          <w:p w14:paraId="0100CEC7" w14:textId="77777777" w:rsidR="001536B1" w:rsidRDefault="001536B1"/>
        </w:tc>
        <w:tc>
          <w:tcPr>
            <w:tcW w:w="1843" w:type="dxa"/>
          </w:tcPr>
          <w:p w14:paraId="5CED07EB" w14:textId="4C8F21DD" w:rsidR="001536B1" w:rsidRDefault="001536B1"/>
        </w:tc>
      </w:tr>
      <w:tr w:rsidR="001536B1" w14:paraId="7EDF1E33" w14:textId="77777777" w:rsidTr="001536B1">
        <w:tc>
          <w:tcPr>
            <w:tcW w:w="563" w:type="dxa"/>
          </w:tcPr>
          <w:p w14:paraId="4F4617EC" w14:textId="77777777" w:rsidR="001536B1" w:rsidRDefault="001536B1">
            <w:r>
              <w:lastRenderedPageBreak/>
              <w:t>4</w:t>
            </w:r>
          </w:p>
        </w:tc>
        <w:tc>
          <w:tcPr>
            <w:tcW w:w="3089" w:type="dxa"/>
          </w:tcPr>
          <w:p w14:paraId="1632DD1E" w14:textId="77777777" w:rsidR="001536B1" w:rsidRDefault="001536B1"/>
          <w:p w14:paraId="2636F166" w14:textId="77777777" w:rsidR="007E35F3" w:rsidRDefault="007E35F3"/>
          <w:p w14:paraId="7CB6BE5B" w14:textId="77777777" w:rsidR="00871C44" w:rsidRDefault="00871C44"/>
          <w:p w14:paraId="4F109C04" w14:textId="77777777" w:rsidR="001536B1" w:rsidRDefault="001536B1"/>
        </w:tc>
        <w:tc>
          <w:tcPr>
            <w:tcW w:w="3969" w:type="dxa"/>
          </w:tcPr>
          <w:p w14:paraId="4B3E12C7" w14:textId="77777777" w:rsidR="001536B1" w:rsidRDefault="001536B1"/>
        </w:tc>
        <w:tc>
          <w:tcPr>
            <w:tcW w:w="1843" w:type="dxa"/>
          </w:tcPr>
          <w:p w14:paraId="26BB6A06" w14:textId="2A130336" w:rsidR="001536B1" w:rsidRDefault="001536B1"/>
        </w:tc>
      </w:tr>
      <w:tr w:rsidR="001536B1" w14:paraId="6D1EC0E7" w14:textId="77777777" w:rsidTr="001536B1">
        <w:tc>
          <w:tcPr>
            <w:tcW w:w="563" w:type="dxa"/>
          </w:tcPr>
          <w:p w14:paraId="5096894E" w14:textId="77777777" w:rsidR="001536B1" w:rsidRDefault="001536B1">
            <w:r>
              <w:t>5</w:t>
            </w:r>
          </w:p>
        </w:tc>
        <w:tc>
          <w:tcPr>
            <w:tcW w:w="3089" w:type="dxa"/>
          </w:tcPr>
          <w:p w14:paraId="5FDE3581" w14:textId="77777777" w:rsidR="001536B1" w:rsidRDefault="001536B1"/>
          <w:p w14:paraId="2CBADE9C" w14:textId="77777777" w:rsidR="001536B1" w:rsidRDefault="001536B1"/>
          <w:p w14:paraId="5E38124A" w14:textId="77777777" w:rsidR="007E35F3" w:rsidRDefault="007E35F3"/>
          <w:p w14:paraId="3A1E5C10" w14:textId="77777777" w:rsidR="001536B1" w:rsidRDefault="001536B1"/>
        </w:tc>
        <w:tc>
          <w:tcPr>
            <w:tcW w:w="3969" w:type="dxa"/>
          </w:tcPr>
          <w:p w14:paraId="39BEACC7" w14:textId="77777777" w:rsidR="001536B1" w:rsidRDefault="001536B1"/>
        </w:tc>
        <w:tc>
          <w:tcPr>
            <w:tcW w:w="1843" w:type="dxa"/>
          </w:tcPr>
          <w:p w14:paraId="3BFCD25B" w14:textId="366F05FC" w:rsidR="001536B1" w:rsidRDefault="001536B1"/>
        </w:tc>
      </w:tr>
    </w:tbl>
    <w:p w14:paraId="620C74F5" w14:textId="77777777" w:rsidR="00B92F04" w:rsidRDefault="00B92F04">
      <w:pPr>
        <w:rPr>
          <w:b/>
          <w:lang w:val="pl-PL"/>
        </w:rPr>
      </w:pPr>
    </w:p>
    <w:p w14:paraId="4FDB4192" w14:textId="1B13CF82" w:rsidR="00EC43FF" w:rsidRPr="001536B1" w:rsidRDefault="00000000">
      <w:pPr>
        <w:rPr>
          <w:lang w:val="pl-PL"/>
        </w:rPr>
      </w:pPr>
      <w:r w:rsidRPr="001536B1">
        <w:rPr>
          <w:b/>
          <w:lang w:val="pl-PL"/>
        </w:rPr>
        <w:t>Łączna wartość przedsięwzięć: ................................................ zł</w:t>
      </w:r>
    </w:p>
    <w:p w14:paraId="32E97D9D" w14:textId="77777777" w:rsidR="00EC43FF" w:rsidRPr="00007183" w:rsidRDefault="00000000">
      <w:pPr>
        <w:spacing w:before="140" w:after="60"/>
        <w:rPr>
          <w:lang w:val="pl-PL"/>
        </w:rPr>
      </w:pPr>
      <w:r w:rsidRPr="00007183">
        <w:rPr>
          <w:b/>
          <w:sz w:val="22"/>
          <w:lang w:val="pl-PL"/>
        </w:rPr>
        <w:t>IV. UZASADNIENIE PRZEDSIĘWZIĘĆ</w:t>
      </w:r>
    </w:p>
    <w:p w14:paraId="4284C0BC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Dla każdego przedsięwzięcia należy wskazać, dlaczego jest ono potrzebne mieszkańcom, jakie potrzeby zaspokaja i w jaki sposób przyczyni się do poprawy warunków życia mieszkańców sołectwa.</w:t>
      </w:r>
    </w:p>
    <w:p w14:paraId="79E2B7D2" w14:textId="65787B84" w:rsidR="00EC43FF" w:rsidRPr="00007183" w:rsidRDefault="00000000">
      <w:pPr>
        <w:rPr>
          <w:lang w:val="pl-PL"/>
        </w:rPr>
      </w:pPr>
      <w:r w:rsidRPr="00007183">
        <w:rPr>
          <w:b/>
          <w:lang w:val="pl-PL"/>
        </w:rPr>
        <w:t xml:space="preserve">Przedsięwzięcie nr 1 – nazwa: </w:t>
      </w:r>
      <w:r w:rsidRPr="00007183">
        <w:rPr>
          <w:lang w:val="pl-PL"/>
        </w:rPr>
        <w:t>........................................................................................................</w:t>
      </w:r>
      <w:r w:rsidR="00924662">
        <w:rPr>
          <w:lang w:val="pl-PL"/>
        </w:rPr>
        <w:t>............</w:t>
      </w:r>
    </w:p>
    <w:p w14:paraId="09B2F717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31BDF450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5F527B6D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7A55E0AE" w14:textId="53CD98CA" w:rsidR="00EC43FF" w:rsidRPr="00007183" w:rsidRDefault="00000000">
      <w:pPr>
        <w:rPr>
          <w:lang w:val="pl-PL"/>
        </w:rPr>
      </w:pPr>
      <w:r w:rsidRPr="00007183">
        <w:rPr>
          <w:b/>
          <w:lang w:val="pl-PL"/>
        </w:rPr>
        <w:t xml:space="preserve">Przedsięwzięcie nr 2 – nazwa: </w:t>
      </w:r>
      <w:r w:rsidRPr="00007183">
        <w:rPr>
          <w:lang w:val="pl-PL"/>
        </w:rPr>
        <w:t>........................................................................................................</w:t>
      </w:r>
      <w:r w:rsidR="00924662">
        <w:rPr>
          <w:lang w:val="pl-PL"/>
        </w:rPr>
        <w:t>............</w:t>
      </w:r>
    </w:p>
    <w:p w14:paraId="4B997C7B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5A494B88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48E379DF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59C73534" w14:textId="38EDA892" w:rsidR="00EC43FF" w:rsidRPr="00007183" w:rsidRDefault="00000000">
      <w:pPr>
        <w:rPr>
          <w:lang w:val="pl-PL"/>
        </w:rPr>
      </w:pPr>
      <w:r w:rsidRPr="00007183">
        <w:rPr>
          <w:b/>
          <w:lang w:val="pl-PL"/>
        </w:rPr>
        <w:t xml:space="preserve">Przedsięwzięcie nr 3 – nazwa: </w:t>
      </w:r>
      <w:r w:rsidRPr="00007183">
        <w:rPr>
          <w:lang w:val="pl-PL"/>
        </w:rPr>
        <w:t>........................................................................................................</w:t>
      </w:r>
      <w:r w:rsidR="00924662">
        <w:rPr>
          <w:lang w:val="pl-PL"/>
        </w:rPr>
        <w:t>............</w:t>
      </w:r>
    </w:p>
    <w:p w14:paraId="4A50F9E3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1F8F45D2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56764049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118D16CD" w14:textId="0F04622B" w:rsidR="00EC43FF" w:rsidRPr="00007183" w:rsidRDefault="00000000">
      <w:pPr>
        <w:rPr>
          <w:lang w:val="pl-PL"/>
        </w:rPr>
      </w:pPr>
      <w:r w:rsidRPr="00007183">
        <w:rPr>
          <w:b/>
          <w:lang w:val="pl-PL"/>
        </w:rPr>
        <w:t xml:space="preserve">Przedsięwzięcie nr 4 – nazwa: </w:t>
      </w:r>
      <w:r w:rsidRPr="00007183">
        <w:rPr>
          <w:lang w:val="pl-PL"/>
        </w:rPr>
        <w:t>........................................................................................................</w:t>
      </w:r>
      <w:r w:rsidR="00B92F04">
        <w:rPr>
          <w:lang w:val="pl-PL"/>
        </w:rPr>
        <w:t>............</w:t>
      </w:r>
    </w:p>
    <w:p w14:paraId="6CB067A0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468444F5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5B565121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19734EEF" w14:textId="3636BEB9" w:rsidR="00EC43FF" w:rsidRPr="00007183" w:rsidRDefault="00000000">
      <w:pPr>
        <w:rPr>
          <w:lang w:val="pl-PL"/>
        </w:rPr>
      </w:pPr>
      <w:r w:rsidRPr="00007183">
        <w:rPr>
          <w:b/>
          <w:lang w:val="pl-PL"/>
        </w:rPr>
        <w:t xml:space="preserve">Przedsięwzięcie nr 5 – nazwa: </w:t>
      </w:r>
      <w:r w:rsidRPr="00007183">
        <w:rPr>
          <w:lang w:val="pl-PL"/>
        </w:rPr>
        <w:t>........................................................................................................</w:t>
      </w:r>
      <w:r w:rsidR="00B92F04">
        <w:rPr>
          <w:lang w:val="pl-PL"/>
        </w:rPr>
        <w:t>............</w:t>
      </w:r>
    </w:p>
    <w:p w14:paraId="77A7E889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7F90B512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6D7F638E" w14:textId="77777777" w:rsidR="00EC43FF" w:rsidRDefault="00000000">
      <w:pPr>
        <w:rPr>
          <w:lang w:val="pl-PL"/>
        </w:rPr>
      </w:pPr>
      <w:r w:rsidRPr="00007183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19222EEC" w14:textId="77777777" w:rsidR="00B92F04" w:rsidRPr="00007183" w:rsidRDefault="00B92F04">
      <w:pPr>
        <w:rPr>
          <w:lang w:val="pl-PL"/>
        </w:rPr>
      </w:pPr>
    </w:p>
    <w:p w14:paraId="4B1B2DB4" w14:textId="77777777" w:rsidR="00EC43FF" w:rsidRPr="00EF52F7" w:rsidRDefault="00000000">
      <w:pPr>
        <w:spacing w:before="140" w:after="60"/>
        <w:rPr>
          <w:sz w:val="22"/>
          <w:lang w:val="pl-PL"/>
        </w:rPr>
      </w:pPr>
      <w:r w:rsidRPr="00EF52F7">
        <w:rPr>
          <w:b/>
          <w:sz w:val="22"/>
          <w:lang w:val="pl-PL"/>
        </w:rPr>
        <w:t>V. ZGODNOŚĆ PRZEDSIĘWZIĘĆ Z USTAWĄ</w:t>
      </w:r>
    </w:p>
    <w:p w14:paraId="6CB53A9D" w14:textId="71F92D9A" w:rsidR="00EC43FF" w:rsidRPr="00EF52F7" w:rsidRDefault="00000000">
      <w:pPr>
        <w:rPr>
          <w:sz w:val="22"/>
          <w:lang w:val="pl-PL"/>
        </w:rPr>
      </w:pPr>
      <w:r w:rsidRPr="00EF52F7">
        <w:rPr>
          <w:sz w:val="22"/>
          <w:lang w:val="pl-PL"/>
        </w:rPr>
        <w:t>Przedsięwzięcia wskazane w niniejszym wniosku zostały przyjęte uchwałą zebrania wiejskiego. Są zadaniami własnymi gminy, służą poprawie warunków życia mieszkańców oraz są zgodne ze strategią rozwoju gminy</w:t>
      </w:r>
      <w:r w:rsidR="001536B1" w:rsidRPr="00EF52F7">
        <w:rPr>
          <w:sz w:val="22"/>
          <w:lang w:val="pl-PL"/>
        </w:rPr>
        <w:t xml:space="preserve"> oraz Planem Odnowy Miejscowości Sołectwa. </w:t>
      </w:r>
    </w:p>
    <w:p w14:paraId="1406EA5A" w14:textId="77777777" w:rsidR="001536B1" w:rsidRPr="00EF52F7" w:rsidRDefault="001536B1">
      <w:pPr>
        <w:spacing w:before="140" w:after="60"/>
        <w:rPr>
          <w:b/>
          <w:sz w:val="22"/>
          <w:lang w:val="pl-PL"/>
        </w:rPr>
      </w:pPr>
    </w:p>
    <w:p w14:paraId="7F968C45" w14:textId="07F66ED7" w:rsidR="00EC43FF" w:rsidRPr="00EF52F7" w:rsidRDefault="00000000">
      <w:pPr>
        <w:spacing w:before="140" w:after="60"/>
        <w:rPr>
          <w:sz w:val="22"/>
          <w:lang w:val="pl-PL"/>
        </w:rPr>
      </w:pPr>
      <w:r w:rsidRPr="00EF52F7">
        <w:rPr>
          <w:b/>
          <w:sz w:val="22"/>
          <w:lang w:val="pl-PL"/>
        </w:rPr>
        <w:t>VI. ZAŁĄCZNIKI</w:t>
      </w:r>
    </w:p>
    <w:p w14:paraId="4D90415B" w14:textId="77777777" w:rsidR="00EC43FF" w:rsidRPr="00EF52F7" w:rsidRDefault="00000000">
      <w:pPr>
        <w:rPr>
          <w:sz w:val="22"/>
          <w:lang w:val="pl-PL"/>
        </w:rPr>
      </w:pPr>
      <w:r w:rsidRPr="00EF52F7">
        <w:rPr>
          <w:sz w:val="22"/>
          <w:lang w:val="pl-PL"/>
        </w:rPr>
        <w:t>1. Uchwała zebrania wiejskiego w sprawie uchwalenia wniosku o przyznanie środków z funduszu sołeckiego.</w:t>
      </w:r>
    </w:p>
    <w:p w14:paraId="32281780" w14:textId="77777777" w:rsidR="00EC43FF" w:rsidRPr="00EF52F7" w:rsidRDefault="00000000">
      <w:pPr>
        <w:rPr>
          <w:sz w:val="22"/>
          <w:lang w:val="pl-PL"/>
        </w:rPr>
      </w:pPr>
      <w:r w:rsidRPr="00EF52F7">
        <w:rPr>
          <w:sz w:val="22"/>
          <w:lang w:val="pl-PL"/>
        </w:rPr>
        <w:t>2. Protokół zebrania wiejskiego.</w:t>
      </w:r>
    </w:p>
    <w:p w14:paraId="471A625D" w14:textId="77777777" w:rsidR="00EC43FF" w:rsidRPr="00EF52F7" w:rsidRDefault="00000000">
      <w:pPr>
        <w:rPr>
          <w:sz w:val="22"/>
          <w:lang w:val="pl-PL"/>
        </w:rPr>
      </w:pPr>
      <w:r w:rsidRPr="00EF52F7">
        <w:rPr>
          <w:sz w:val="22"/>
          <w:lang w:val="pl-PL"/>
        </w:rPr>
        <w:t>3. Lista obecności.</w:t>
      </w:r>
    </w:p>
    <w:p w14:paraId="5A3C73F5" w14:textId="77777777" w:rsidR="00EC43FF" w:rsidRPr="00EF52F7" w:rsidRDefault="00000000">
      <w:pPr>
        <w:rPr>
          <w:sz w:val="22"/>
          <w:lang w:val="pl-PL"/>
        </w:rPr>
      </w:pPr>
      <w:r w:rsidRPr="00EF52F7">
        <w:rPr>
          <w:sz w:val="22"/>
          <w:lang w:val="pl-PL"/>
        </w:rPr>
        <w:t>4. W przypadku inicjatywy co najmniej 15 pełnoletnich mieszkańców – dokument potwierdzający inicjatywę, jeżeli sporządzono go odrębnie.</w:t>
      </w:r>
    </w:p>
    <w:p w14:paraId="781BAE98" w14:textId="77777777" w:rsidR="009F61A7" w:rsidRPr="00EF52F7" w:rsidRDefault="00000000">
      <w:pPr>
        <w:rPr>
          <w:sz w:val="22"/>
          <w:lang w:val="pl-PL"/>
        </w:rPr>
      </w:pPr>
      <w:r w:rsidRPr="00EF52F7">
        <w:rPr>
          <w:sz w:val="22"/>
          <w:lang w:val="pl-PL"/>
        </w:rPr>
        <w:t xml:space="preserve">5. Inne dokumenty pomocnicze (jeżeli zostały sporządzone): </w:t>
      </w:r>
    </w:p>
    <w:p w14:paraId="5C39669A" w14:textId="6BAD72D8" w:rsidR="00EC43FF" w:rsidRPr="001536B1" w:rsidRDefault="00000000">
      <w:pPr>
        <w:rPr>
          <w:sz w:val="24"/>
          <w:szCs w:val="24"/>
          <w:lang w:val="pl-PL"/>
        </w:rPr>
      </w:pPr>
      <w:r w:rsidRPr="001536B1">
        <w:rPr>
          <w:sz w:val="24"/>
          <w:szCs w:val="24"/>
          <w:lang w:val="pl-PL"/>
        </w:rPr>
        <w:t>............</w:t>
      </w:r>
      <w:r w:rsidR="009F61A7">
        <w:rPr>
          <w:sz w:val="24"/>
          <w:szCs w:val="24"/>
          <w:lang w:val="pl-PL"/>
        </w:rPr>
        <w:t>....................................................................</w:t>
      </w:r>
      <w:r w:rsidRPr="001536B1">
        <w:rPr>
          <w:sz w:val="24"/>
          <w:szCs w:val="24"/>
          <w:lang w:val="pl-PL"/>
        </w:rPr>
        <w:t>............................................................</w:t>
      </w:r>
    </w:p>
    <w:p w14:paraId="212211AA" w14:textId="77777777" w:rsidR="00EC43FF" w:rsidRPr="00007183" w:rsidRDefault="00EC43FF">
      <w:pPr>
        <w:rPr>
          <w:lang w:val="pl-PL"/>
        </w:rPr>
      </w:pPr>
    </w:p>
    <w:p w14:paraId="0C2BB19A" w14:textId="77777777" w:rsidR="00007183" w:rsidRPr="00007183" w:rsidRDefault="00007183">
      <w:pPr>
        <w:rPr>
          <w:lang w:val="pl-PL"/>
        </w:rPr>
      </w:pPr>
    </w:p>
    <w:p w14:paraId="00AE6AC5" w14:textId="22CED16C" w:rsidR="00EC43FF" w:rsidRPr="00007183" w:rsidRDefault="00007183" w:rsidP="001536B1">
      <w:pPr>
        <w:rPr>
          <w:lang w:val="pl-PL"/>
        </w:rPr>
      </w:pPr>
      <w:r w:rsidRPr="00007183">
        <w:rPr>
          <w:lang w:val="pl-PL"/>
        </w:rPr>
        <w:t>..............................................., dnia ...............................</w:t>
      </w:r>
      <w:r>
        <w:rPr>
          <w:lang w:val="pl-PL"/>
        </w:rPr>
        <w:t xml:space="preserve">         </w:t>
      </w:r>
      <w:r w:rsidRPr="001536B1">
        <w:rPr>
          <w:bCs/>
          <w:lang w:val="pl-PL"/>
        </w:rPr>
        <w:t>........................................................................</w:t>
      </w:r>
      <w:r w:rsidRPr="001536B1">
        <w:rPr>
          <w:bCs/>
          <w:lang w:val="pl-PL"/>
        </w:rPr>
        <w:br/>
      </w:r>
      <w:r w:rsidR="001536B1">
        <w:rPr>
          <w:lang w:val="pl-PL"/>
        </w:rPr>
        <w:t xml:space="preserve">                                                                                                                      </w:t>
      </w:r>
      <w:r w:rsidRPr="00007183">
        <w:rPr>
          <w:lang w:val="pl-PL"/>
        </w:rPr>
        <w:t>czytelny podpis Sołtysa</w:t>
      </w:r>
    </w:p>
    <w:p w14:paraId="01FC93EC" w14:textId="77777777" w:rsidR="00007183" w:rsidRDefault="00007183">
      <w:pPr>
        <w:spacing w:before="140" w:after="60"/>
        <w:rPr>
          <w:b/>
          <w:sz w:val="22"/>
          <w:lang w:val="pl-PL"/>
        </w:rPr>
      </w:pPr>
    </w:p>
    <w:p w14:paraId="52468888" w14:textId="77777777" w:rsidR="00007183" w:rsidRDefault="00007183">
      <w:pPr>
        <w:spacing w:before="140" w:after="60"/>
        <w:rPr>
          <w:b/>
          <w:sz w:val="22"/>
          <w:lang w:val="pl-PL"/>
        </w:rPr>
      </w:pPr>
    </w:p>
    <w:p w14:paraId="47401200" w14:textId="77777777" w:rsidR="00007183" w:rsidRPr="00041182" w:rsidRDefault="00007183">
      <w:pPr>
        <w:spacing w:before="140" w:after="60"/>
        <w:rPr>
          <w:b/>
          <w:sz w:val="22"/>
          <w:lang w:val="pl-PL"/>
        </w:rPr>
      </w:pPr>
    </w:p>
    <w:p w14:paraId="5F9ADDC1" w14:textId="50256FD5" w:rsidR="00EC43FF" w:rsidRPr="00041182" w:rsidRDefault="00007183">
      <w:pPr>
        <w:spacing w:before="140" w:after="60"/>
        <w:rPr>
          <w:lang w:val="pl-PL"/>
        </w:rPr>
      </w:pPr>
      <w:r w:rsidRPr="00041182">
        <w:rPr>
          <w:b/>
          <w:sz w:val="22"/>
          <w:lang w:val="pl-PL"/>
        </w:rPr>
        <w:t>*WAŻNE</w:t>
      </w:r>
    </w:p>
    <w:p w14:paraId="533A2AAD" w14:textId="77777777" w:rsidR="00EC43FF" w:rsidRPr="00007183" w:rsidRDefault="00000000">
      <w:pPr>
        <w:rPr>
          <w:lang w:val="pl-PL"/>
        </w:rPr>
      </w:pPr>
      <w:r w:rsidRPr="00007183">
        <w:rPr>
          <w:lang w:val="pl-PL"/>
        </w:rPr>
        <w:t>Wniosek musi zostać uchwalony przez zebranie wiejskie z inicjatywy sołtysa, rady sołeckiej albo co najmniej 15 pełnoletnich mieszkańców sołectwa. Każde przedsięwzięcie powinno mieć wskazany szacunkowy koszt i uzasadnienie. Łączna wartość przedsięwzięć nie może przekroczyć kwoty środków przypadających sołectwu. Sołtys przekazuje uchwalony wniosek Wójtowi Gminy Parchowo do 30 września roku poprzedzającego rok budżetowy.</w:t>
      </w:r>
    </w:p>
    <w:sectPr w:rsidR="00EC43FF" w:rsidRPr="00007183" w:rsidSect="00007183">
      <w:pgSz w:w="12240" w:h="15840"/>
      <w:pgMar w:top="141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9B2F" w14:textId="77777777" w:rsidR="00022C93" w:rsidRDefault="00022C93">
      <w:pPr>
        <w:spacing w:after="0" w:line="240" w:lineRule="auto"/>
      </w:pPr>
      <w:r>
        <w:separator/>
      </w:r>
    </w:p>
  </w:endnote>
  <w:endnote w:type="continuationSeparator" w:id="0">
    <w:p w14:paraId="4E3D1EF6" w14:textId="77777777" w:rsidR="00022C93" w:rsidRDefault="0002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6594" w14:textId="77777777" w:rsidR="00022C93" w:rsidRDefault="00022C93">
      <w:pPr>
        <w:spacing w:after="0" w:line="240" w:lineRule="auto"/>
      </w:pPr>
      <w:r>
        <w:separator/>
      </w:r>
    </w:p>
  </w:footnote>
  <w:footnote w:type="continuationSeparator" w:id="0">
    <w:p w14:paraId="5EF8062D" w14:textId="77777777" w:rsidR="00022C93" w:rsidRDefault="00022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2685306">
    <w:abstractNumId w:val="8"/>
  </w:num>
  <w:num w:numId="2" w16cid:durableId="907570733">
    <w:abstractNumId w:val="6"/>
  </w:num>
  <w:num w:numId="3" w16cid:durableId="659701270">
    <w:abstractNumId w:val="5"/>
  </w:num>
  <w:num w:numId="4" w16cid:durableId="1349481175">
    <w:abstractNumId w:val="4"/>
  </w:num>
  <w:num w:numId="5" w16cid:durableId="1201669750">
    <w:abstractNumId w:val="7"/>
  </w:num>
  <w:num w:numId="6" w16cid:durableId="1692492436">
    <w:abstractNumId w:val="3"/>
  </w:num>
  <w:num w:numId="7" w16cid:durableId="324477915">
    <w:abstractNumId w:val="2"/>
  </w:num>
  <w:num w:numId="8" w16cid:durableId="1461801344">
    <w:abstractNumId w:val="1"/>
  </w:num>
  <w:num w:numId="9" w16cid:durableId="87851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183"/>
    <w:rsid w:val="00022C93"/>
    <w:rsid w:val="00034616"/>
    <w:rsid w:val="00041182"/>
    <w:rsid w:val="0006063C"/>
    <w:rsid w:val="00082BD1"/>
    <w:rsid w:val="0015074B"/>
    <w:rsid w:val="001536B1"/>
    <w:rsid w:val="0029639D"/>
    <w:rsid w:val="002C1F11"/>
    <w:rsid w:val="00326F90"/>
    <w:rsid w:val="005C1797"/>
    <w:rsid w:val="0062253F"/>
    <w:rsid w:val="007E35F3"/>
    <w:rsid w:val="00871C44"/>
    <w:rsid w:val="00924662"/>
    <w:rsid w:val="009F61A7"/>
    <w:rsid w:val="00AA1D8D"/>
    <w:rsid w:val="00B44968"/>
    <w:rsid w:val="00B47730"/>
    <w:rsid w:val="00B92F04"/>
    <w:rsid w:val="00CB0664"/>
    <w:rsid w:val="00DE72F6"/>
    <w:rsid w:val="00EC43FF"/>
    <w:rsid w:val="00EF52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9B61E"/>
  <w14:defaultImageDpi w14:val="300"/>
  <w15:docId w15:val="{60021D1E-F583-4C28-976F-5E3DE404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955</Words>
  <Characters>5733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Mobil3</cp:lastModifiedBy>
  <cp:revision>9</cp:revision>
  <dcterms:created xsi:type="dcterms:W3CDTF">2026-08-19T11:06:00Z</dcterms:created>
  <dcterms:modified xsi:type="dcterms:W3CDTF">2026-08-21T09:26:00Z</dcterms:modified>
  <cp:category/>
</cp:coreProperties>
</file>